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BC9BC" w14:textId="6656D477" w:rsidR="00B16072" w:rsidRPr="002A1526" w:rsidRDefault="001E5DB8" w:rsidP="001E5DB8">
      <w:pPr>
        <w:pStyle w:val="NoSpacing"/>
        <w:jc w:val="right"/>
        <w:rPr>
          <w:rFonts w:ascii="Calibri" w:hAnsi="Calibri" w:cs="Calibri"/>
        </w:rPr>
      </w:pPr>
      <w:r w:rsidRPr="002A1526">
        <w:rPr>
          <w:rFonts w:ascii="Calibri" w:hAnsi="Calibri" w:cs="Calibri"/>
        </w:rPr>
        <w:t xml:space="preserve">Page 1 to 5 – </w:t>
      </w:r>
      <w:r w:rsidR="00871B56" w:rsidRPr="002A1526">
        <w:rPr>
          <w:rFonts w:ascii="Calibri" w:hAnsi="Calibri" w:cs="Calibri"/>
        </w:rPr>
        <w:t>C</w:t>
      </w:r>
      <w:r w:rsidRPr="002A1526">
        <w:rPr>
          <w:rFonts w:ascii="Calibri" w:hAnsi="Calibri" w:cs="Calibri"/>
        </w:rPr>
        <w:t>ategories, deadline and fee</w:t>
      </w:r>
    </w:p>
    <w:p w14:paraId="0DE2EB8C" w14:textId="4918027A" w:rsidR="001E5DB8" w:rsidRPr="002A1526" w:rsidRDefault="001E5DB8" w:rsidP="001E5DB8">
      <w:pPr>
        <w:pStyle w:val="NoSpacing"/>
        <w:jc w:val="right"/>
        <w:rPr>
          <w:rFonts w:ascii="Calibri" w:hAnsi="Calibri" w:cs="Calibri"/>
        </w:rPr>
      </w:pPr>
      <w:r w:rsidRPr="002A1526">
        <w:rPr>
          <w:rFonts w:ascii="Calibri" w:hAnsi="Calibri" w:cs="Calibri"/>
        </w:rPr>
        <w:t>Page 6 to</w:t>
      </w:r>
      <w:r w:rsidR="00B27AA9" w:rsidRPr="002A1526">
        <w:rPr>
          <w:rFonts w:ascii="Calibri" w:hAnsi="Calibri" w:cs="Calibri"/>
        </w:rPr>
        <w:t xml:space="preserve"> 9</w:t>
      </w:r>
      <w:r w:rsidRPr="002A1526">
        <w:rPr>
          <w:rFonts w:ascii="Calibri" w:hAnsi="Calibri" w:cs="Calibri"/>
        </w:rPr>
        <w:t xml:space="preserve"> - Submission form</w:t>
      </w:r>
    </w:p>
    <w:p w14:paraId="23FF0681" w14:textId="0CE01650" w:rsidR="00040DF9" w:rsidRDefault="001E5DB8" w:rsidP="00B27AA9">
      <w:pPr>
        <w:pStyle w:val="NoSpacing"/>
        <w:jc w:val="right"/>
        <w:rPr>
          <w:rFonts w:ascii="Calibri" w:hAnsi="Calibri" w:cs="Calibri"/>
        </w:rPr>
      </w:pPr>
      <w:r w:rsidRPr="002A1526">
        <w:rPr>
          <w:rFonts w:ascii="Calibri" w:hAnsi="Calibri" w:cs="Calibri"/>
        </w:rPr>
        <w:t xml:space="preserve">Page </w:t>
      </w:r>
      <w:r w:rsidR="00B27AA9" w:rsidRPr="002A1526">
        <w:rPr>
          <w:rFonts w:ascii="Calibri" w:hAnsi="Calibri" w:cs="Calibri"/>
        </w:rPr>
        <w:t>10 to 1</w:t>
      </w:r>
      <w:r w:rsidR="0093483D">
        <w:rPr>
          <w:rFonts w:ascii="Calibri" w:hAnsi="Calibri" w:cs="Calibri"/>
        </w:rPr>
        <w:t>6</w:t>
      </w:r>
      <w:r w:rsidR="00B27AA9" w:rsidRPr="002A1526">
        <w:rPr>
          <w:rFonts w:ascii="Calibri" w:hAnsi="Calibri" w:cs="Calibri"/>
        </w:rPr>
        <w:t xml:space="preserve"> - Rules &amp; Guidelines</w:t>
      </w:r>
      <w:r w:rsidR="002A1526" w:rsidRPr="002A1526">
        <w:rPr>
          <w:rFonts w:ascii="Calibri" w:hAnsi="Calibri" w:cs="Calibri"/>
        </w:rPr>
        <w:t xml:space="preserve"> </w:t>
      </w:r>
    </w:p>
    <w:p w14:paraId="26ACFA28" w14:textId="14294D25" w:rsidR="001E5DB8" w:rsidRDefault="00040DF9" w:rsidP="00B27AA9">
      <w:pPr>
        <w:pStyle w:val="NoSpacing"/>
        <w:jc w:val="right"/>
        <w:rPr>
          <w:rFonts w:ascii="Calibri" w:hAnsi="Calibri" w:cs="Calibri"/>
        </w:rPr>
      </w:pPr>
      <w:r>
        <w:rPr>
          <w:rFonts w:ascii="Calibri" w:hAnsi="Calibri" w:cs="Calibri"/>
        </w:rPr>
        <w:t>Page 1</w:t>
      </w:r>
      <w:r w:rsidR="0093483D">
        <w:rPr>
          <w:rFonts w:ascii="Calibri" w:hAnsi="Calibri" w:cs="Calibri"/>
        </w:rPr>
        <w:t>7</w:t>
      </w:r>
      <w:r>
        <w:rPr>
          <w:rFonts w:ascii="Calibri" w:hAnsi="Calibri" w:cs="Calibri"/>
        </w:rPr>
        <w:t xml:space="preserve"> to 18 - </w:t>
      </w:r>
      <w:r w:rsidR="002A1526" w:rsidRPr="002A1526">
        <w:rPr>
          <w:rFonts w:ascii="Calibri" w:hAnsi="Calibri" w:cs="Calibri"/>
        </w:rPr>
        <w:t>AI Film Submission Process</w:t>
      </w:r>
    </w:p>
    <w:p w14:paraId="7145B187" w14:textId="1B73A272" w:rsidR="00040DF9" w:rsidRPr="002A1526" w:rsidRDefault="00040DF9" w:rsidP="00B27AA9">
      <w:pPr>
        <w:pStyle w:val="NoSpacing"/>
        <w:jc w:val="right"/>
        <w:rPr>
          <w:rFonts w:ascii="Calibri" w:hAnsi="Calibri" w:cs="Calibri"/>
        </w:rPr>
      </w:pPr>
      <w:r>
        <w:rPr>
          <w:rFonts w:ascii="Calibri" w:hAnsi="Calibri" w:cs="Calibri"/>
        </w:rPr>
        <w:t xml:space="preserve">Page 19 </w:t>
      </w:r>
      <w:r w:rsidR="004468CB">
        <w:rPr>
          <w:rFonts w:ascii="Calibri" w:hAnsi="Calibri" w:cs="Calibri"/>
        </w:rPr>
        <w:t>–</w:t>
      </w:r>
      <w:r>
        <w:rPr>
          <w:rFonts w:ascii="Calibri" w:hAnsi="Calibri" w:cs="Calibri"/>
        </w:rPr>
        <w:t xml:space="preserve"> Awards</w:t>
      </w:r>
      <w:r w:rsidR="004468CB">
        <w:rPr>
          <w:rFonts w:ascii="Calibri" w:hAnsi="Calibri" w:cs="Calibri"/>
        </w:rPr>
        <w:t xml:space="preserve"> &amp; Cash Prize</w:t>
      </w:r>
    </w:p>
    <w:p w14:paraId="4139A423" w14:textId="77777777" w:rsidR="001E5DB8" w:rsidRPr="00E179CE" w:rsidRDefault="001E5DB8" w:rsidP="001E5DB8">
      <w:pPr>
        <w:pStyle w:val="Heading1"/>
        <w:jc w:val="center"/>
        <w:rPr>
          <w:rFonts w:ascii="Calibri" w:hAnsi="Calibri" w:cs="Calibri"/>
        </w:rPr>
      </w:pPr>
      <w:r w:rsidRPr="00E179CE">
        <w:rPr>
          <w:rFonts w:ascii="Calibri" w:hAnsi="Calibri" w:cs="Calibri"/>
          <w:noProof/>
        </w:rPr>
        <w:drawing>
          <wp:inline distT="0" distB="0" distL="0" distR="0" wp14:anchorId="121FA027" wp14:editId="624FB2E9">
            <wp:extent cx="2178657" cy="1647105"/>
            <wp:effectExtent l="0" t="0" r="0" b="0"/>
            <wp:docPr id="179623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675" cy="1650143"/>
                    </a:xfrm>
                    <a:prstGeom prst="rect">
                      <a:avLst/>
                    </a:prstGeom>
                    <a:noFill/>
                    <a:ln>
                      <a:noFill/>
                    </a:ln>
                  </pic:spPr>
                </pic:pic>
              </a:graphicData>
            </a:graphic>
          </wp:inline>
        </w:drawing>
      </w:r>
    </w:p>
    <w:p w14:paraId="5B5ABC70" w14:textId="77777777" w:rsidR="001E5DB8" w:rsidRPr="00D6196D" w:rsidRDefault="001E5DB8" w:rsidP="001E5DB8">
      <w:pPr>
        <w:pStyle w:val="Heading1"/>
        <w:jc w:val="center"/>
        <w:rPr>
          <w:rFonts w:ascii="Calibri" w:hAnsi="Calibri" w:cs="Calibri"/>
          <w:sz w:val="32"/>
          <w:szCs w:val="32"/>
        </w:rPr>
      </w:pPr>
      <w:r w:rsidRPr="00D6196D">
        <w:rPr>
          <w:rFonts w:ascii="Calibri" w:hAnsi="Calibri" w:cs="Calibri"/>
          <w:sz w:val="32"/>
          <w:szCs w:val="32"/>
        </w:rPr>
        <w:t>WORLD AI CINEMA &amp; CREATIVITY FESTIVAL (WAICF) – INDIA</w:t>
      </w:r>
    </w:p>
    <w:p w14:paraId="42FBF9D7" w14:textId="77777777" w:rsidR="001E5DB8" w:rsidRPr="00E179CE" w:rsidRDefault="001E5DB8" w:rsidP="001E5DB8">
      <w:pPr>
        <w:jc w:val="center"/>
        <w:rPr>
          <w:rFonts w:ascii="Calibri" w:hAnsi="Calibri" w:cs="Calibri"/>
        </w:rPr>
      </w:pPr>
      <w:r w:rsidRPr="00E179CE">
        <w:rPr>
          <w:rFonts w:ascii="Calibri" w:hAnsi="Calibri" w:cs="Calibri"/>
        </w:rPr>
        <w:t>Where Human Creativity and Artificial Intelligence Unite!</w:t>
      </w:r>
      <w:r w:rsidRPr="00E179CE">
        <w:rPr>
          <w:rFonts w:ascii="Calibri" w:hAnsi="Calibri" w:cs="Calibri"/>
        </w:rPr>
        <w:br/>
        <w:t>World's First Complete Cinema Ecosystem — From Traditional Cinema to AI Cinema</w:t>
      </w:r>
    </w:p>
    <w:p w14:paraId="57AC8F2F" w14:textId="77777777" w:rsidR="001E5DB8" w:rsidRPr="00E179CE" w:rsidRDefault="001E5DB8" w:rsidP="001E5DB8">
      <w:pPr>
        <w:jc w:val="center"/>
        <w:rPr>
          <w:rFonts w:ascii="Calibri" w:hAnsi="Calibri" w:cs="Calibri"/>
          <w:b/>
          <w:bCs/>
          <w:lang w:val="en-IN"/>
        </w:rPr>
      </w:pPr>
    </w:p>
    <w:p w14:paraId="11FDF55D" w14:textId="77777777" w:rsidR="001E5DB8" w:rsidRPr="00FF6A08" w:rsidRDefault="001E5DB8" w:rsidP="001E5DB8">
      <w:pPr>
        <w:pStyle w:val="NoSpacing"/>
        <w:jc w:val="center"/>
        <w:rPr>
          <w:b/>
          <w:bCs/>
          <w:sz w:val="24"/>
          <w:szCs w:val="24"/>
          <w:lang w:val="en-IN"/>
        </w:rPr>
      </w:pPr>
      <w:r w:rsidRPr="00FF6A08">
        <w:rPr>
          <w:b/>
          <w:bCs/>
          <w:sz w:val="24"/>
          <w:szCs w:val="24"/>
          <w:lang w:val="en-IN"/>
        </w:rPr>
        <w:t>SUBMIT YOUR FILM IN ONE OR MORE OF THE 15 CATEGORIES GIVEN BELOW</w:t>
      </w:r>
    </w:p>
    <w:p w14:paraId="56BAAADB" w14:textId="77777777" w:rsidR="001E5DB8" w:rsidRPr="00FF6A08" w:rsidRDefault="001E5DB8" w:rsidP="001E5DB8">
      <w:pPr>
        <w:pStyle w:val="NoSpacing"/>
        <w:jc w:val="center"/>
        <w:rPr>
          <w:b/>
          <w:bCs/>
          <w:sz w:val="24"/>
          <w:szCs w:val="24"/>
          <w:lang w:val="en-IN"/>
        </w:rPr>
      </w:pPr>
      <w:r w:rsidRPr="00FF6A08">
        <w:rPr>
          <w:b/>
          <w:bCs/>
          <w:sz w:val="24"/>
          <w:szCs w:val="24"/>
          <w:lang w:val="en-IN"/>
        </w:rPr>
        <w:t>Organized by JIFF Trust</w:t>
      </w:r>
    </w:p>
    <w:p w14:paraId="523964A1" w14:textId="77777777" w:rsidR="001E5DB8" w:rsidRPr="00E179CE" w:rsidRDefault="001E5DB8" w:rsidP="001E5DB8">
      <w:pPr>
        <w:rPr>
          <w:rFonts w:ascii="Calibri" w:hAnsi="Calibri" w:cs="Calibri"/>
          <w:b/>
          <w:bCs/>
          <w:color w:val="FFC000"/>
          <w:sz w:val="28"/>
          <w:szCs w:val="28"/>
          <w:u w:val="single"/>
        </w:rPr>
      </w:pPr>
    </w:p>
    <w:p w14:paraId="7ED662DB" w14:textId="77777777" w:rsidR="001E5DB8" w:rsidRPr="00D6196D" w:rsidRDefault="001E5DB8" w:rsidP="001E5DB8">
      <w:pPr>
        <w:rPr>
          <w:rFonts w:ascii="Calibri" w:hAnsi="Calibri" w:cs="Calibri"/>
          <w:b/>
          <w:bCs/>
          <w:color w:val="FFC000"/>
          <w:sz w:val="32"/>
          <w:szCs w:val="32"/>
          <w:u w:val="single"/>
        </w:rPr>
      </w:pPr>
      <w:r w:rsidRPr="00D6196D">
        <w:rPr>
          <w:rFonts w:ascii="Calibri" w:hAnsi="Calibri" w:cs="Calibri"/>
          <w:b/>
          <w:bCs/>
          <w:color w:val="FFC000"/>
          <w:sz w:val="32"/>
          <w:szCs w:val="32"/>
          <w:u w:val="single"/>
        </w:rPr>
        <w:t>AI Film Competition Categories</w:t>
      </w:r>
    </w:p>
    <w:p w14:paraId="019B5AC2" w14:textId="77777777" w:rsidR="001E5DB8" w:rsidRPr="00E179CE" w:rsidRDefault="001E5DB8" w:rsidP="001E5DB8">
      <w:pPr>
        <w:rPr>
          <w:rFonts w:ascii="Calibri" w:hAnsi="Calibri" w:cs="Calibri"/>
          <w:b/>
          <w:bCs/>
        </w:rPr>
      </w:pPr>
      <w:r w:rsidRPr="00E179CE">
        <w:rPr>
          <w:rFonts w:ascii="Calibri" w:hAnsi="Calibri" w:cs="Calibri"/>
          <w:b/>
          <w:bCs/>
        </w:rPr>
        <w:t>1</w:t>
      </w:r>
      <w:r w:rsidRPr="00EE14FB">
        <w:rPr>
          <w:rFonts w:ascii="Calibri" w:hAnsi="Calibri" w:cs="Calibri"/>
          <w:b/>
          <w:bCs/>
        </w:rPr>
        <w:t>. Best AI Feature Film</w:t>
      </w:r>
    </w:p>
    <w:p w14:paraId="3FF566DE" w14:textId="77777777" w:rsidR="001E5DB8" w:rsidRPr="00E179CE" w:rsidRDefault="001E5DB8" w:rsidP="001E5DB8">
      <w:pPr>
        <w:numPr>
          <w:ilvl w:val="0"/>
          <w:numId w:val="10"/>
        </w:numPr>
        <w:spacing w:after="160" w:line="278" w:lineRule="auto"/>
        <w:rPr>
          <w:rFonts w:ascii="Calibri" w:hAnsi="Calibri" w:cs="Calibri"/>
        </w:rPr>
      </w:pPr>
      <w:r w:rsidRPr="00E179CE">
        <w:rPr>
          <w:rFonts w:ascii="Calibri" w:hAnsi="Calibri" w:cs="Calibri"/>
        </w:rPr>
        <w:t xml:space="preserve">Feature-length films created with significant AI involvement. </w:t>
      </w:r>
    </w:p>
    <w:p w14:paraId="44783ACD" w14:textId="60F091AB" w:rsidR="001E5DB8" w:rsidRPr="00E179CE" w:rsidRDefault="001E5DB8" w:rsidP="001E5DB8">
      <w:pPr>
        <w:numPr>
          <w:ilvl w:val="0"/>
          <w:numId w:val="10"/>
        </w:numPr>
        <w:spacing w:after="160" w:line="278" w:lineRule="auto"/>
        <w:rPr>
          <w:rFonts w:ascii="Calibri" w:hAnsi="Calibri" w:cs="Calibri"/>
        </w:rPr>
      </w:pPr>
      <w:r w:rsidRPr="00E179CE">
        <w:rPr>
          <w:rFonts w:ascii="Calibri" w:hAnsi="Calibri" w:cs="Calibri"/>
        </w:rPr>
        <w:t xml:space="preserve">Fiction, documentary, animation or experimental formats. </w:t>
      </w:r>
      <w:r w:rsidR="005205E2">
        <w:rPr>
          <w:rFonts w:ascii="Calibri" w:hAnsi="Calibri" w:cs="Calibri"/>
        </w:rPr>
        <w:t xml:space="preserve">(Over 45 </w:t>
      </w:r>
      <w:r w:rsidR="00887086">
        <w:rPr>
          <w:rFonts w:ascii="Calibri" w:hAnsi="Calibri" w:cs="Calibri"/>
        </w:rPr>
        <w:t>m</w:t>
      </w:r>
      <w:r w:rsidR="005205E2">
        <w:rPr>
          <w:rFonts w:ascii="Calibri" w:hAnsi="Calibri" w:cs="Calibri"/>
        </w:rPr>
        <w:t>in)</w:t>
      </w:r>
    </w:p>
    <w:p w14:paraId="53749BD8" w14:textId="77777777" w:rsidR="001E5DB8" w:rsidRPr="00E179CE" w:rsidRDefault="001E5DB8" w:rsidP="001E5DB8">
      <w:pPr>
        <w:rPr>
          <w:rFonts w:ascii="Calibri" w:hAnsi="Calibri" w:cs="Calibri"/>
          <w:b/>
          <w:bCs/>
        </w:rPr>
      </w:pPr>
      <w:r w:rsidRPr="00E179CE">
        <w:rPr>
          <w:rFonts w:ascii="Calibri" w:hAnsi="Calibri" w:cs="Calibri"/>
          <w:b/>
          <w:bCs/>
        </w:rPr>
        <w:t>2. Best AI Short Film</w:t>
      </w:r>
    </w:p>
    <w:p w14:paraId="3B8B9159" w14:textId="77777777" w:rsidR="001E5DB8" w:rsidRPr="00E179CE" w:rsidRDefault="001E5DB8" w:rsidP="001E5DB8">
      <w:pPr>
        <w:numPr>
          <w:ilvl w:val="0"/>
          <w:numId w:val="11"/>
        </w:numPr>
        <w:spacing w:after="160" w:line="278" w:lineRule="auto"/>
        <w:rPr>
          <w:rFonts w:ascii="Calibri" w:hAnsi="Calibri" w:cs="Calibri"/>
        </w:rPr>
      </w:pPr>
      <w:r w:rsidRPr="00E179CE">
        <w:rPr>
          <w:rFonts w:ascii="Calibri" w:hAnsi="Calibri" w:cs="Calibri"/>
        </w:rPr>
        <w:t xml:space="preserve">Short films created using AI tools. </w:t>
      </w:r>
    </w:p>
    <w:p w14:paraId="7453E20A" w14:textId="77777777" w:rsidR="001E5DB8" w:rsidRPr="00E179CE" w:rsidRDefault="001E5DB8" w:rsidP="001E5DB8">
      <w:pPr>
        <w:numPr>
          <w:ilvl w:val="0"/>
          <w:numId w:val="11"/>
        </w:numPr>
        <w:spacing w:after="160" w:line="278" w:lineRule="auto"/>
        <w:rPr>
          <w:rFonts w:ascii="Calibri" w:hAnsi="Calibri" w:cs="Calibri"/>
        </w:rPr>
      </w:pPr>
      <w:r w:rsidRPr="00E179CE">
        <w:rPr>
          <w:rFonts w:ascii="Calibri" w:hAnsi="Calibri" w:cs="Calibri"/>
        </w:rPr>
        <w:t xml:space="preserve">Duration: 1–45 minutes. </w:t>
      </w:r>
    </w:p>
    <w:p w14:paraId="51138A40" w14:textId="77777777" w:rsidR="001E5DB8" w:rsidRPr="00E179CE" w:rsidRDefault="001E5DB8" w:rsidP="001E5DB8">
      <w:pPr>
        <w:rPr>
          <w:rFonts w:ascii="Calibri" w:hAnsi="Calibri" w:cs="Calibri"/>
          <w:b/>
          <w:bCs/>
        </w:rPr>
      </w:pPr>
      <w:r w:rsidRPr="00E179CE">
        <w:rPr>
          <w:rFonts w:ascii="Calibri" w:hAnsi="Calibri" w:cs="Calibri"/>
          <w:b/>
          <w:bCs/>
        </w:rPr>
        <w:t>3. Best AI Micro Film</w:t>
      </w:r>
    </w:p>
    <w:p w14:paraId="75AB9363" w14:textId="77777777" w:rsidR="001E5DB8" w:rsidRPr="00E179CE" w:rsidRDefault="001E5DB8" w:rsidP="001E5DB8">
      <w:pPr>
        <w:numPr>
          <w:ilvl w:val="0"/>
          <w:numId w:val="12"/>
        </w:numPr>
        <w:spacing w:after="160" w:line="278" w:lineRule="auto"/>
        <w:rPr>
          <w:rFonts w:ascii="Calibri" w:hAnsi="Calibri" w:cs="Calibri"/>
        </w:rPr>
      </w:pPr>
      <w:r w:rsidRPr="00E179CE">
        <w:rPr>
          <w:rFonts w:ascii="Calibri" w:hAnsi="Calibri" w:cs="Calibri"/>
        </w:rPr>
        <w:t xml:space="preserve">Ultra-short creative films. </w:t>
      </w:r>
    </w:p>
    <w:p w14:paraId="52422A82" w14:textId="77777777" w:rsidR="001E5DB8" w:rsidRPr="00E179CE" w:rsidRDefault="001E5DB8" w:rsidP="001E5DB8">
      <w:pPr>
        <w:numPr>
          <w:ilvl w:val="0"/>
          <w:numId w:val="12"/>
        </w:numPr>
        <w:spacing w:after="160" w:line="278" w:lineRule="auto"/>
        <w:rPr>
          <w:rFonts w:ascii="Calibri" w:hAnsi="Calibri" w:cs="Calibri"/>
        </w:rPr>
      </w:pPr>
      <w:r w:rsidRPr="00E179CE">
        <w:rPr>
          <w:rFonts w:ascii="Calibri" w:hAnsi="Calibri" w:cs="Calibri"/>
        </w:rPr>
        <w:t xml:space="preserve">Duration: Under 5 minutes. </w:t>
      </w:r>
    </w:p>
    <w:p w14:paraId="4F65ACA5" w14:textId="77777777" w:rsidR="001E5DB8" w:rsidRPr="00E179CE" w:rsidRDefault="001E5DB8" w:rsidP="001E5DB8">
      <w:pPr>
        <w:rPr>
          <w:rFonts w:ascii="Calibri" w:hAnsi="Calibri" w:cs="Calibri"/>
          <w:b/>
          <w:bCs/>
        </w:rPr>
      </w:pPr>
      <w:r w:rsidRPr="00E179CE">
        <w:rPr>
          <w:rFonts w:ascii="Calibri" w:hAnsi="Calibri" w:cs="Calibri"/>
          <w:b/>
          <w:bCs/>
        </w:rPr>
        <w:lastRenderedPageBreak/>
        <w:t>4. Best AI Documentary Film</w:t>
      </w:r>
    </w:p>
    <w:p w14:paraId="0A9D139B" w14:textId="77E66135" w:rsidR="001E5DB8" w:rsidRPr="00E179CE" w:rsidRDefault="001E5DB8" w:rsidP="001E5DB8">
      <w:pPr>
        <w:numPr>
          <w:ilvl w:val="0"/>
          <w:numId w:val="13"/>
        </w:numPr>
        <w:spacing w:after="160" w:line="278" w:lineRule="auto"/>
        <w:rPr>
          <w:rFonts w:ascii="Calibri" w:hAnsi="Calibri" w:cs="Calibri"/>
        </w:rPr>
      </w:pPr>
      <w:r w:rsidRPr="00E179CE">
        <w:rPr>
          <w:rFonts w:ascii="Calibri" w:hAnsi="Calibri" w:cs="Calibri"/>
        </w:rPr>
        <w:t xml:space="preserve">Documentary storytelling using AI tools, AI research or AI-based production. </w:t>
      </w:r>
      <w:r w:rsidR="0033472A">
        <w:rPr>
          <w:rFonts w:ascii="Calibri" w:hAnsi="Calibri" w:cs="Calibri"/>
        </w:rPr>
        <w:t>(</w:t>
      </w:r>
      <w:r w:rsidR="006852FF" w:rsidRPr="00E179CE">
        <w:rPr>
          <w:rFonts w:ascii="Calibri" w:hAnsi="Calibri" w:cs="Calibri"/>
        </w:rPr>
        <w:t xml:space="preserve">Under </w:t>
      </w:r>
      <w:r w:rsidR="0033472A">
        <w:rPr>
          <w:rFonts w:ascii="Calibri" w:hAnsi="Calibri" w:cs="Calibri"/>
        </w:rPr>
        <w:t>180  min)</w:t>
      </w:r>
    </w:p>
    <w:p w14:paraId="4705D6BB" w14:textId="77777777" w:rsidR="001E5DB8" w:rsidRPr="00E179CE" w:rsidRDefault="001E5DB8" w:rsidP="001E5DB8">
      <w:pPr>
        <w:rPr>
          <w:rFonts w:ascii="Calibri" w:hAnsi="Calibri" w:cs="Calibri"/>
          <w:b/>
          <w:bCs/>
        </w:rPr>
      </w:pPr>
      <w:r w:rsidRPr="00E179CE">
        <w:rPr>
          <w:rFonts w:ascii="Calibri" w:hAnsi="Calibri" w:cs="Calibri"/>
          <w:b/>
          <w:bCs/>
        </w:rPr>
        <w:t>5. Best AI Animation Film</w:t>
      </w:r>
    </w:p>
    <w:p w14:paraId="460BB154" w14:textId="26DF462A" w:rsidR="001E5DB8" w:rsidRPr="00E179CE" w:rsidRDefault="001E5DB8" w:rsidP="001E5DB8">
      <w:pPr>
        <w:numPr>
          <w:ilvl w:val="0"/>
          <w:numId w:val="14"/>
        </w:numPr>
        <w:spacing w:after="160" w:line="278" w:lineRule="auto"/>
        <w:rPr>
          <w:rFonts w:ascii="Calibri" w:hAnsi="Calibri" w:cs="Calibri"/>
        </w:rPr>
      </w:pPr>
      <w:r w:rsidRPr="00E179CE">
        <w:rPr>
          <w:rFonts w:ascii="Calibri" w:hAnsi="Calibri" w:cs="Calibri"/>
        </w:rPr>
        <w:t xml:space="preserve">AI-generated animation, 2D/3D animation, virtual characters and worlds. </w:t>
      </w:r>
      <w:r w:rsidR="00AD2C98">
        <w:rPr>
          <w:rFonts w:ascii="Calibri" w:hAnsi="Calibri" w:cs="Calibri"/>
        </w:rPr>
        <w:t>(</w:t>
      </w:r>
      <w:r w:rsidR="006852FF" w:rsidRPr="00E179CE">
        <w:rPr>
          <w:rFonts w:ascii="Calibri" w:hAnsi="Calibri" w:cs="Calibri"/>
        </w:rPr>
        <w:t xml:space="preserve">Under </w:t>
      </w:r>
      <w:r w:rsidR="00AD2C98">
        <w:rPr>
          <w:rFonts w:ascii="Calibri" w:hAnsi="Calibri" w:cs="Calibri"/>
        </w:rPr>
        <w:t>180 min)</w:t>
      </w:r>
    </w:p>
    <w:p w14:paraId="499EC4D9" w14:textId="77777777" w:rsidR="001E5DB8" w:rsidRPr="00E179CE" w:rsidRDefault="001E5DB8" w:rsidP="001E5DB8">
      <w:pPr>
        <w:rPr>
          <w:rFonts w:ascii="Calibri" w:hAnsi="Calibri" w:cs="Calibri"/>
          <w:b/>
          <w:bCs/>
        </w:rPr>
      </w:pPr>
      <w:r w:rsidRPr="00E179CE">
        <w:rPr>
          <w:rFonts w:ascii="Calibri" w:hAnsi="Calibri" w:cs="Calibri"/>
          <w:b/>
          <w:bCs/>
        </w:rPr>
        <w:t>6. Best AI Experimental Film</w:t>
      </w:r>
    </w:p>
    <w:p w14:paraId="6AF290CC" w14:textId="5D4B6597" w:rsidR="001E5DB8" w:rsidRPr="00E179CE" w:rsidRDefault="001E5DB8" w:rsidP="001E5DB8">
      <w:pPr>
        <w:numPr>
          <w:ilvl w:val="0"/>
          <w:numId w:val="15"/>
        </w:numPr>
        <w:spacing w:after="160" w:line="278" w:lineRule="auto"/>
        <w:rPr>
          <w:rFonts w:ascii="Calibri" w:hAnsi="Calibri" w:cs="Calibri"/>
        </w:rPr>
      </w:pPr>
      <w:r w:rsidRPr="00E179CE">
        <w:rPr>
          <w:rFonts w:ascii="Calibri" w:hAnsi="Calibri" w:cs="Calibri"/>
        </w:rPr>
        <w:t xml:space="preserve">Innovative films breaking traditional cinematic formats. </w:t>
      </w:r>
      <w:r w:rsidR="00AD2C98">
        <w:rPr>
          <w:rFonts w:ascii="Calibri" w:hAnsi="Calibri" w:cs="Calibri"/>
        </w:rPr>
        <w:t>(</w:t>
      </w:r>
      <w:r w:rsidR="006852FF" w:rsidRPr="00E179CE">
        <w:rPr>
          <w:rFonts w:ascii="Calibri" w:hAnsi="Calibri" w:cs="Calibri"/>
        </w:rPr>
        <w:t xml:space="preserve">Under </w:t>
      </w:r>
      <w:r w:rsidR="00AD2C98">
        <w:rPr>
          <w:rFonts w:ascii="Calibri" w:hAnsi="Calibri" w:cs="Calibri"/>
        </w:rPr>
        <w:t>180 min)</w:t>
      </w:r>
    </w:p>
    <w:p w14:paraId="76A9C563" w14:textId="77777777" w:rsidR="001E5DB8" w:rsidRPr="00E179CE" w:rsidRDefault="001E5DB8" w:rsidP="001E5DB8">
      <w:pPr>
        <w:rPr>
          <w:rFonts w:ascii="Calibri" w:hAnsi="Calibri" w:cs="Calibri"/>
          <w:b/>
          <w:bCs/>
        </w:rPr>
      </w:pPr>
      <w:r w:rsidRPr="00E179CE">
        <w:rPr>
          <w:rFonts w:ascii="Calibri" w:hAnsi="Calibri" w:cs="Calibri"/>
          <w:b/>
          <w:bCs/>
        </w:rPr>
        <w:t>7. Best AI Music Video</w:t>
      </w:r>
    </w:p>
    <w:p w14:paraId="6A065ABA" w14:textId="390D354E" w:rsidR="001E5DB8" w:rsidRPr="00E179CE" w:rsidRDefault="001E5DB8" w:rsidP="001E5DB8">
      <w:pPr>
        <w:numPr>
          <w:ilvl w:val="0"/>
          <w:numId w:val="16"/>
        </w:numPr>
        <w:spacing w:after="160" w:line="278" w:lineRule="auto"/>
        <w:rPr>
          <w:rFonts w:ascii="Calibri" w:hAnsi="Calibri" w:cs="Calibri"/>
        </w:rPr>
      </w:pPr>
      <w:r w:rsidRPr="00E179CE">
        <w:rPr>
          <w:rFonts w:ascii="Calibri" w:hAnsi="Calibri" w:cs="Calibri"/>
        </w:rPr>
        <w:t xml:space="preserve">AI-created or AI-assisted music videos. </w:t>
      </w:r>
      <w:r w:rsidR="00CE18B2">
        <w:rPr>
          <w:rFonts w:ascii="Calibri" w:hAnsi="Calibri" w:cs="Calibri"/>
        </w:rPr>
        <w:t xml:space="preserve"> (</w:t>
      </w:r>
      <w:r w:rsidR="00442D78" w:rsidRPr="00E179CE">
        <w:rPr>
          <w:rFonts w:ascii="Calibri" w:hAnsi="Calibri" w:cs="Calibri"/>
        </w:rPr>
        <w:t xml:space="preserve">Under </w:t>
      </w:r>
      <w:r w:rsidR="00CE18B2">
        <w:rPr>
          <w:rFonts w:ascii="Calibri" w:hAnsi="Calibri" w:cs="Calibri"/>
        </w:rPr>
        <w:t>10 min)</w:t>
      </w:r>
    </w:p>
    <w:p w14:paraId="10D383D7" w14:textId="77777777" w:rsidR="001E5DB8" w:rsidRPr="00E179CE" w:rsidRDefault="001E5DB8" w:rsidP="001E5DB8">
      <w:pPr>
        <w:rPr>
          <w:rFonts w:ascii="Calibri" w:hAnsi="Calibri" w:cs="Calibri"/>
          <w:b/>
          <w:bCs/>
        </w:rPr>
      </w:pPr>
      <w:r w:rsidRPr="00E179CE">
        <w:rPr>
          <w:rFonts w:ascii="Calibri" w:hAnsi="Calibri" w:cs="Calibri"/>
          <w:b/>
          <w:bCs/>
        </w:rPr>
        <w:t>8. Best AI Advertisement / Brand Film</w:t>
      </w:r>
    </w:p>
    <w:p w14:paraId="1D7582A9" w14:textId="02B01D65" w:rsidR="001E5DB8" w:rsidRPr="00E179CE" w:rsidRDefault="001E5DB8" w:rsidP="001E5DB8">
      <w:pPr>
        <w:numPr>
          <w:ilvl w:val="0"/>
          <w:numId w:val="17"/>
        </w:numPr>
        <w:spacing w:after="160" w:line="278" w:lineRule="auto"/>
        <w:rPr>
          <w:rFonts w:ascii="Calibri" w:hAnsi="Calibri" w:cs="Calibri"/>
        </w:rPr>
      </w:pPr>
      <w:r w:rsidRPr="00E179CE">
        <w:rPr>
          <w:rFonts w:ascii="Calibri" w:hAnsi="Calibri" w:cs="Calibri"/>
        </w:rPr>
        <w:t>Creative AI films made for advertising, communication and branding.</w:t>
      </w:r>
      <w:r w:rsidR="00CE18B2">
        <w:rPr>
          <w:rFonts w:ascii="Calibri" w:hAnsi="Calibri" w:cs="Calibri"/>
        </w:rPr>
        <w:t xml:space="preserve"> (</w:t>
      </w:r>
      <w:r w:rsidR="006852FF" w:rsidRPr="00E179CE">
        <w:rPr>
          <w:rFonts w:ascii="Calibri" w:hAnsi="Calibri" w:cs="Calibri"/>
        </w:rPr>
        <w:t xml:space="preserve">Under </w:t>
      </w:r>
      <w:r w:rsidR="00CE18B2">
        <w:rPr>
          <w:rFonts w:ascii="Calibri" w:hAnsi="Calibri" w:cs="Calibri"/>
        </w:rPr>
        <w:t>7 min).</w:t>
      </w:r>
    </w:p>
    <w:p w14:paraId="40223FAC" w14:textId="77777777" w:rsidR="001E5DB8" w:rsidRPr="00E179CE" w:rsidRDefault="00000000" w:rsidP="001E5DB8">
      <w:pPr>
        <w:rPr>
          <w:rFonts w:ascii="Calibri" w:hAnsi="Calibri" w:cs="Calibri"/>
        </w:rPr>
      </w:pPr>
      <w:r>
        <w:rPr>
          <w:rFonts w:ascii="Calibri" w:hAnsi="Calibri" w:cs="Calibri"/>
        </w:rPr>
        <w:pict w14:anchorId="05725E70">
          <v:rect id="_x0000_i1025" style="width:0;height:1.5pt" o:hralign="center" o:hrstd="t" o:hr="t" fillcolor="#a0a0a0" stroked="f"/>
        </w:pict>
      </w:r>
    </w:p>
    <w:p w14:paraId="7CF17EC0" w14:textId="77777777" w:rsidR="001E5DB8" w:rsidRPr="00D34E88" w:rsidRDefault="001E5DB8" w:rsidP="001E5DB8">
      <w:pPr>
        <w:rPr>
          <w:rFonts w:ascii="Calibri" w:hAnsi="Calibri" w:cs="Calibri"/>
          <w:b/>
          <w:bCs/>
          <w:color w:val="FFC000"/>
          <w:sz w:val="32"/>
          <w:szCs w:val="32"/>
          <w:u w:val="single"/>
        </w:rPr>
      </w:pPr>
      <w:r w:rsidRPr="00D34E88">
        <w:rPr>
          <w:rFonts w:ascii="Calibri" w:hAnsi="Calibri" w:cs="Calibri"/>
          <w:b/>
          <w:bCs/>
          <w:color w:val="FFC000"/>
          <w:sz w:val="32"/>
          <w:szCs w:val="32"/>
          <w:u w:val="single"/>
        </w:rPr>
        <w:t>Creative AI Innovation Categories</w:t>
      </w:r>
    </w:p>
    <w:p w14:paraId="579880B6" w14:textId="77777777" w:rsidR="001E5DB8" w:rsidRPr="00E179CE" w:rsidRDefault="001E5DB8" w:rsidP="001E5DB8">
      <w:pPr>
        <w:rPr>
          <w:rFonts w:ascii="Calibri" w:hAnsi="Calibri" w:cs="Calibri"/>
          <w:b/>
          <w:bCs/>
        </w:rPr>
      </w:pPr>
      <w:r w:rsidRPr="00E179CE">
        <w:rPr>
          <w:rFonts w:ascii="Calibri" w:hAnsi="Calibri" w:cs="Calibri"/>
          <w:b/>
          <w:bCs/>
        </w:rPr>
        <w:t>9. Best AI Screenplay / Story Concept</w:t>
      </w:r>
    </w:p>
    <w:p w14:paraId="108EB4CA" w14:textId="77777777" w:rsidR="001E5DB8" w:rsidRPr="00E179CE" w:rsidRDefault="001E5DB8" w:rsidP="001E5DB8">
      <w:pPr>
        <w:rPr>
          <w:rFonts w:ascii="Calibri" w:hAnsi="Calibri" w:cs="Calibri"/>
        </w:rPr>
      </w:pPr>
      <w:r w:rsidRPr="00E179CE">
        <w:rPr>
          <w:rFonts w:ascii="Calibri" w:hAnsi="Calibri" w:cs="Calibri"/>
        </w:rPr>
        <w:t>For innovative AI-assisted storytelling and screenplay development.</w:t>
      </w:r>
    </w:p>
    <w:p w14:paraId="4DBA67B9" w14:textId="77777777" w:rsidR="001E5DB8" w:rsidRPr="00E179CE" w:rsidRDefault="001E5DB8" w:rsidP="001E5DB8">
      <w:pPr>
        <w:rPr>
          <w:rFonts w:ascii="Calibri" w:hAnsi="Calibri" w:cs="Calibri"/>
          <w:b/>
          <w:bCs/>
        </w:rPr>
      </w:pPr>
      <w:r w:rsidRPr="00E179CE">
        <w:rPr>
          <w:rFonts w:ascii="Calibri" w:hAnsi="Calibri" w:cs="Calibri"/>
          <w:b/>
          <w:bCs/>
        </w:rPr>
        <w:t>10. Best AI Character Creation</w:t>
      </w:r>
    </w:p>
    <w:p w14:paraId="032A02D8" w14:textId="77777777" w:rsidR="001E5DB8" w:rsidRPr="00E179CE" w:rsidRDefault="001E5DB8" w:rsidP="001E5DB8">
      <w:pPr>
        <w:rPr>
          <w:rFonts w:ascii="Calibri" w:hAnsi="Calibri" w:cs="Calibri"/>
        </w:rPr>
      </w:pPr>
      <w:r w:rsidRPr="00E179CE">
        <w:rPr>
          <w:rFonts w:ascii="Calibri" w:hAnsi="Calibri" w:cs="Calibri"/>
        </w:rPr>
        <w:t>For outstanding AI-created digital characters.</w:t>
      </w:r>
    </w:p>
    <w:p w14:paraId="7DBBDBC0" w14:textId="77777777" w:rsidR="001E5DB8" w:rsidRPr="00E179CE" w:rsidRDefault="001E5DB8" w:rsidP="001E5DB8">
      <w:pPr>
        <w:rPr>
          <w:rFonts w:ascii="Calibri" w:hAnsi="Calibri" w:cs="Calibri"/>
          <w:b/>
          <w:bCs/>
        </w:rPr>
      </w:pPr>
      <w:r w:rsidRPr="00E179CE">
        <w:rPr>
          <w:rFonts w:ascii="Calibri" w:hAnsi="Calibri" w:cs="Calibri"/>
          <w:b/>
          <w:bCs/>
        </w:rPr>
        <w:t>11. Best AI Visual Effects &amp; Virtual Production</w:t>
      </w:r>
    </w:p>
    <w:p w14:paraId="2AEA594D" w14:textId="77777777" w:rsidR="001E5DB8" w:rsidRPr="00E179CE" w:rsidRDefault="001E5DB8" w:rsidP="001E5DB8">
      <w:pPr>
        <w:rPr>
          <w:rFonts w:ascii="Calibri" w:hAnsi="Calibri" w:cs="Calibri"/>
        </w:rPr>
      </w:pPr>
      <w:r w:rsidRPr="00E179CE">
        <w:rPr>
          <w:rFonts w:ascii="Calibri" w:hAnsi="Calibri" w:cs="Calibri"/>
        </w:rPr>
        <w:t>For filmmakers using AI in VFX, CGI, virtual sets and digital environments.</w:t>
      </w:r>
    </w:p>
    <w:p w14:paraId="7B70B5D0" w14:textId="77777777" w:rsidR="001E5DB8" w:rsidRPr="00E179CE" w:rsidRDefault="001E5DB8" w:rsidP="001E5DB8">
      <w:pPr>
        <w:rPr>
          <w:rFonts w:ascii="Calibri" w:hAnsi="Calibri" w:cs="Calibri"/>
          <w:b/>
          <w:bCs/>
        </w:rPr>
      </w:pPr>
      <w:r w:rsidRPr="00E179CE">
        <w:rPr>
          <w:rFonts w:ascii="Calibri" w:hAnsi="Calibri" w:cs="Calibri"/>
          <w:b/>
          <w:bCs/>
        </w:rPr>
        <w:t>12. Best AI Cinematic Artwork / Poster Design</w:t>
      </w:r>
    </w:p>
    <w:p w14:paraId="2DFBDA69" w14:textId="77777777" w:rsidR="001E5DB8" w:rsidRPr="00E179CE" w:rsidRDefault="001E5DB8" w:rsidP="001E5DB8">
      <w:pPr>
        <w:rPr>
          <w:rFonts w:ascii="Calibri" w:hAnsi="Calibri" w:cs="Calibri"/>
        </w:rPr>
      </w:pPr>
      <w:r w:rsidRPr="00E179CE">
        <w:rPr>
          <w:rFonts w:ascii="Calibri" w:hAnsi="Calibri" w:cs="Calibri"/>
        </w:rPr>
        <w:t>For AI-generated film posters and promotional artwork.</w:t>
      </w:r>
    </w:p>
    <w:p w14:paraId="31F6ACB6" w14:textId="77777777" w:rsidR="001E5DB8" w:rsidRPr="00E179CE" w:rsidRDefault="001E5DB8" w:rsidP="001E5DB8">
      <w:pPr>
        <w:rPr>
          <w:rFonts w:ascii="Calibri" w:hAnsi="Calibri" w:cs="Calibri"/>
          <w:b/>
          <w:bCs/>
        </w:rPr>
      </w:pPr>
      <w:r w:rsidRPr="00E179CE">
        <w:rPr>
          <w:rFonts w:ascii="Calibri" w:hAnsi="Calibri" w:cs="Calibri"/>
          <w:b/>
          <w:bCs/>
        </w:rPr>
        <w:t>13. Best AI Sound &amp; Music Design</w:t>
      </w:r>
    </w:p>
    <w:p w14:paraId="5F4C8F4B" w14:textId="77777777" w:rsidR="001E5DB8" w:rsidRPr="00E179CE" w:rsidRDefault="001E5DB8" w:rsidP="001E5DB8">
      <w:pPr>
        <w:rPr>
          <w:rFonts w:ascii="Calibri" w:hAnsi="Calibri" w:cs="Calibri"/>
        </w:rPr>
      </w:pPr>
      <w:r w:rsidRPr="00E179CE">
        <w:rPr>
          <w:rFonts w:ascii="Calibri" w:hAnsi="Calibri" w:cs="Calibri"/>
        </w:rPr>
        <w:t>For AI-generated background scores, sound design and cinematic audio.</w:t>
      </w:r>
    </w:p>
    <w:p w14:paraId="17220D89" w14:textId="77777777" w:rsidR="001E5DB8" w:rsidRPr="00E179CE" w:rsidRDefault="001E5DB8" w:rsidP="001E5DB8">
      <w:pPr>
        <w:rPr>
          <w:rFonts w:ascii="Calibri" w:hAnsi="Calibri" w:cs="Calibri"/>
          <w:b/>
          <w:bCs/>
        </w:rPr>
      </w:pPr>
      <w:r w:rsidRPr="00E179CE">
        <w:rPr>
          <w:rFonts w:ascii="Calibri" w:hAnsi="Calibri" w:cs="Calibri"/>
          <w:b/>
          <w:bCs/>
        </w:rPr>
        <w:t>14. AI Film Student Award</w:t>
      </w:r>
    </w:p>
    <w:p w14:paraId="106DF9B8" w14:textId="77777777" w:rsidR="001E5DB8" w:rsidRPr="00E179CE" w:rsidRDefault="001E5DB8" w:rsidP="001E5DB8">
      <w:pPr>
        <w:rPr>
          <w:rFonts w:ascii="Calibri" w:hAnsi="Calibri" w:cs="Calibri"/>
        </w:rPr>
      </w:pPr>
      <w:r w:rsidRPr="00E179CE">
        <w:rPr>
          <w:rFonts w:ascii="Calibri" w:hAnsi="Calibri" w:cs="Calibri"/>
        </w:rPr>
        <w:t>For students and young creators exploring AI filmmaking.</w:t>
      </w:r>
    </w:p>
    <w:p w14:paraId="6611BD1E" w14:textId="77777777" w:rsidR="001E5DB8" w:rsidRPr="00E179CE" w:rsidRDefault="001E5DB8" w:rsidP="001E5DB8">
      <w:pPr>
        <w:rPr>
          <w:rFonts w:ascii="Calibri" w:hAnsi="Calibri" w:cs="Calibri"/>
          <w:b/>
          <w:bCs/>
        </w:rPr>
      </w:pPr>
      <w:r w:rsidRPr="00E179CE">
        <w:rPr>
          <w:rFonts w:ascii="Calibri" w:hAnsi="Calibri" w:cs="Calibri"/>
          <w:b/>
          <w:bCs/>
        </w:rPr>
        <w:lastRenderedPageBreak/>
        <w:t>15. Future Cinema Award</w:t>
      </w:r>
    </w:p>
    <w:p w14:paraId="5191075B" w14:textId="77777777" w:rsidR="001E5DB8" w:rsidRPr="00E179CE" w:rsidRDefault="001E5DB8" w:rsidP="001E5DB8">
      <w:pPr>
        <w:rPr>
          <w:rFonts w:ascii="Calibri" w:hAnsi="Calibri" w:cs="Calibri"/>
        </w:rPr>
      </w:pPr>
      <w:r w:rsidRPr="00E179CE">
        <w:rPr>
          <w:rFonts w:ascii="Calibri" w:hAnsi="Calibri" w:cs="Calibri"/>
        </w:rPr>
        <w:t>For groundbreaking work that represents the future direction of filmmaking.</w:t>
      </w:r>
    </w:p>
    <w:p w14:paraId="4EA8DDAC" w14:textId="77777777" w:rsidR="001E5DB8" w:rsidRPr="00D17725" w:rsidRDefault="001E5DB8" w:rsidP="001E5DB8">
      <w:pPr>
        <w:jc w:val="center"/>
        <w:rPr>
          <w:rFonts w:ascii="Calibri" w:hAnsi="Calibri" w:cs="Calibri"/>
          <w:b/>
          <w:bCs/>
          <w:sz w:val="32"/>
          <w:szCs w:val="32"/>
          <w:lang w:val="en-IN"/>
        </w:rPr>
      </w:pPr>
      <w:r w:rsidRPr="00D17725">
        <w:rPr>
          <w:rFonts w:ascii="Calibri" w:hAnsi="Calibri" w:cs="Calibri"/>
          <w:b/>
          <w:bCs/>
          <w:sz w:val="32"/>
          <w:szCs w:val="32"/>
          <w:lang w:val="en-IN"/>
        </w:rPr>
        <w:t xml:space="preserve">ALL </w:t>
      </w:r>
      <w:r>
        <w:rPr>
          <w:rFonts w:ascii="Calibri" w:hAnsi="Calibri" w:cs="Calibri"/>
          <w:b/>
          <w:bCs/>
          <w:sz w:val="32"/>
          <w:szCs w:val="32"/>
          <w:lang w:val="en-IN"/>
        </w:rPr>
        <w:t xml:space="preserve">15 </w:t>
      </w:r>
      <w:r w:rsidRPr="00D17725">
        <w:rPr>
          <w:rFonts w:ascii="Calibri" w:hAnsi="Calibri" w:cs="Calibri"/>
          <w:b/>
          <w:bCs/>
          <w:sz w:val="32"/>
          <w:szCs w:val="32"/>
          <w:lang w:val="en-IN"/>
        </w:rPr>
        <w:t>CATEGORIES – ONE SUBMISSION FORM</w:t>
      </w:r>
    </w:p>
    <w:p w14:paraId="3F4CF71C"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Competition Categories &amp; Duration</w:t>
      </w:r>
    </w:p>
    <w:p w14:paraId="06B0CF08"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Short Films:</w:t>
      </w:r>
      <w:r w:rsidRPr="00D17725">
        <w:rPr>
          <w:rFonts w:ascii="Calibri" w:hAnsi="Calibri" w:cs="Calibri"/>
          <w:lang w:val="en-IN"/>
        </w:rPr>
        <w:t xml:space="preserve"> Up to </w:t>
      </w:r>
      <w:r>
        <w:rPr>
          <w:rFonts w:ascii="Calibri" w:hAnsi="Calibri" w:cs="Calibri"/>
          <w:lang w:val="en-IN"/>
        </w:rPr>
        <w:t>45</w:t>
      </w:r>
      <w:r w:rsidRPr="00D17725">
        <w:rPr>
          <w:rFonts w:ascii="Calibri" w:hAnsi="Calibri" w:cs="Calibri"/>
          <w:lang w:val="en-IN"/>
        </w:rPr>
        <w:t xml:space="preserve"> minutes</w:t>
      </w:r>
      <w:r w:rsidRPr="00D17725">
        <w:rPr>
          <w:rFonts w:ascii="Calibri" w:hAnsi="Calibri" w:cs="Calibri"/>
          <w:lang w:val="en-IN"/>
        </w:rPr>
        <w:br/>
      </w:r>
      <w:r w:rsidRPr="00D17725">
        <w:rPr>
          <w:rFonts w:ascii="Calibri" w:hAnsi="Calibri" w:cs="Calibri"/>
          <w:b/>
          <w:bCs/>
          <w:lang w:val="en-IN"/>
        </w:rPr>
        <w:t>Feature Films:</w:t>
      </w:r>
      <w:r w:rsidRPr="00D17725">
        <w:rPr>
          <w:rFonts w:ascii="Calibri" w:hAnsi="Calibri" w:cs="Calibri"/>
          <w:lang w:val="en-IN"/>
        </w:rPr>
        <w:t xml:space="preserve"> 4</w:t>
      </w:r>
      <w:r>
        <w:rPr>
          <w:rFonts w:ascii="Calibri" w:hAnsi="Calibri" w:cs="Calibri"/>
          <w:lang w:val="en-IN"/>
        </w:rPr>
        <w:t>6</w:t>
      </w:r>
      <w:r w:rsidRPr="00D17725">
        <w:rPr>
          <w:rFonts w:ascii="Calibri" w:hAnsi="Calibri" w:cs="Calibri"/>
          <w:lang w:val="en-IN"/>
        </w:rPr>
        <w:t xml:space="preserve"> minutes to 180 minutes</w:t>
      </w:r>
    </w:p>
    <w:p w14:paraId="480321EC"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ALL FORMATS, ALL GENRES, ALL DURATIONS, AND ALL LANGUAGES ARE ACCEPTED FROM FILMMAKERS ACROSS ALL CONTINENTS.</w:t>
      </w:r>
    </w:p>
    <w:p w14:paraId="3B394788" w14:textId="77777777" w:rsidR="001E5DB8" w:rsidRPr="00D17725" w:rsidRDefault="00000000" w:rsidP="001E5DB8">
      <w:pPr>
        <w:jc w:val="center"/>
        <w:rPr>
          <w:rFonts w:ascii="Calibri" w:hAnsi="Calibri" w:cs="Calibri"/>
          <w:lang w:val="en-IN"/>
        </w:rPr>
      </w:pPr>
      <w:r>
        <w:rPr>
          <w:rFonts w:ascii="Calibri" w:hAnsi="Calibri" w:cs="Calibri"/>
          <w:lang w:val="en-IN"/>
        </w:rPr>
        <w:pict w14:anchorId="0F9DB4C0">
          <v:rect id="_x0000_i1026" style="width:0;height:1.5pt" o:hralign="center" o:hrstd="t" o:hr="t" fillcolor="#a0a0a0" stroked="f"/>
        </w:pict>
      </w:r>
    </w:p>
    <w:p w14:paraId="1F79FC5B" w14:textId="77777777" w:rsidR="001E5DB8" w:rsidRPr="00D17725" w:rsidRDefault="001E5DB8" w:rsidP="001E5DB8">
      <w:pPr>
        <w:jc w:val="center"/>
        <w:rPr>
          <w:rFonts w:ascii="Calibri" w:hAnsi="Calibri" w:cs="Calibri"/>
          <w:b/>
          <w:bCs/>
          <w:sz w:val="32"/>
          <w:szCs w:val="32"/>
          <w:lang w:val="en-IN"/>
        </w:rPr>
      </w:pPr>
      <w:r w:rsidRPr="00D17725">
        <w:rPr>
          <w:rFonts w:ascii="Calibri" w:hAnsi="Calibri" w:cs="Calibri"/>
          <w:b/>
          <w:bCs/>
          <w:sz w:val="32"/>
          <w:szCs w:val="32"/>
          <w:lang w:val="en-IN"/>
        </w:rPr>
        <w:t>FILM SUBMISSION DEADLINES</w:t>
      </w:r>
    </w:p>
    <w:p w14:paraId="25D301A2"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Regular Deadline:</w:t>
      </w:r>
      <w:r w:rsidRPr="00D17725">
        <w:rPr>
          <w:rFonts w:ascii="Calibri" w:hAnsi="Calibri" w:cs="Calibri"/>
          <w:lang w:val="en-IN"/>
        </w:rPr>
        <w:t xml:space="preserve"> August 15, 2026</w:t>
      </w:r>
      <w:r w:rsidRPr="00D17725">
        <w:rPr>
          <w:rFonts w:ascii="Calibri" w:hAnsi="Calibri" w:cs="Calibri"/>
          <w:lang w:val="en-IN"/>
        </w:rPr>
        <w:br/>
      </w:r>
      <w:r w:rsidRPr="00D17725">
        <w:rPr>
          <w:rFonts w:ascii="Calibri" w:hAnsi="Calibri" w:cs="Calibri"/>
          <w:b/>
          <w:bCs/>
          <w:lang w:val="en-IN"/>
        </w:rPr>
        <w:t>Late Deadline:</w:t>
      </w:r>
      <w:r w:rsidRPr="00D17725">
        <w:rPr>
          <w:rFonts w:ascii="Calibri" w:hAnsi="Calibri" w:cs="Calibri"/>
          <w:lang w:val="en-IN"/>
        </w:rPr>
        <w:t xml:space="preserve"> October 15, 2026</w:t>
      </w:r>
      <w:r w:rsidRPr="00D17725">
        <w:rPr>
          <w:rFonts w:ascii="Calibri" w:hAnsi="Calibri" w:cs="Calibri"/>
          <w:lang w:val="en-IN"/>
        </w:rPr>
        <w:br/>
      </w:r>
      <w:r w:rsidRPr="00D17725">
        <w:rPr>
          <w:rFonts w:ascii="Calibri" w:hAnsi="Calibri" w:cs="Calibri"/>
          <w:b/>
          <w:bCs/>
          <w:lang w:val="en-IN"/>
        </w:rPr>
        <w:t>Extended Deadline:</w:t>
      </w:r>
      <w:r w:rsidRPr="00D17725">
        <w:rPr>
          <w:rFonts w:ascii="Calibri" w:hAnsi="Calibri" w:cs="Calibri"/>
          <w:lang w:val="en-IN"/>
        </w:rPr>
        <w:t xml:space="preserve"> December 5, 2026</w:t>
      </w:r>
    </w:p>
    <w:p w14:paraId="2AF25DC6" w14:textId="77777777" w:rsidR="001E5DB8" w:rsidRPr="00D17725" w:rsidRDefault="00000000" w:rsidP="001E5DB8">
      <w:pPr>
        <w:jc w:val="center"/>
        <w:rPr>
          <w:rFonts w:ascii="Calibri" w:hAnsi="Calibri" w:cs="Calibri"/>
          <w:lang w:val="en-IN"/>
        </w:rPr>
      </w:pPr>
      <w:r>
        <w:rPr>
          <w:rFonts w:ascii="Calibri" w:hAnsi="Calibri" w:cs="Calibri"/>
          <w:lang w:val="en-IN"/>
        </w:rPr>
        <w:pict w14:anchorId="302BD6DC">
          <v:rect id="_x0000_i1027" style="width:0;height:1.5pt" o:hralign="center" o:hrstd="t" o:hr="t" fillcolor="#a0a0a0" stroked="f"/>
        </w:pict>
      </w:r>
    </w:p>
    <w:p w14:paraId="2F043811" w14:textId="77777777" w:rsidR="001E5DB8" w:rsidRPr="00D17725" w:rsidRDefault="001E5DB8" w:rsidP="001E5DB8">
      <w:pPr>
        <w:jc w:val="center"/>
        <w:rPr>
          <w:rFonts w:ascii="Calibri" w:hAnsi="Calibri" w:cs="Calibri"/>
          <w:b/>
          <w:bCs/>
          <w:sz w:val="32"/>
          <w:szCs w:val="32"/>
          <w:lang w:val="en-IN"/>
        </w:rPr>
      </w:pPr>
      <w:r w:rsidRPr="00D17725">
        <w:rPr>
          <w:rFonts w:ascii="Calibri" w:hAnsi="Calibri" w:cs="Calibri"/>
          <w:b/>
          <w:bCs/>
          <w:sz w:val="32"/>
          <w:szCs w:val="32"/>
          <w:lang w:val="en-IN"/>
        </w:rPr>
        <w:t>SUBMISSION FEE</w:t>
      </w:r>
    </w:p>
    <w:p w14:paraId="4FE7B46C"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FEATURE FILMS</w:t>
      </w:r>
    </w:p>
    <w:p w14:paraId="070181AF" w14:textId="77777777" w:rsidR="001E5DB8" w:rsidRPr="00D17725" w:rsidRDefault="001E5DB8" w:rsidP="001E5DB8">
      <w:pPr>
        <w:jc w:val="center"/>
        <w:rPr>
          <w:rFonts w:ascii="Calibri" w:hAnsi="Calibri" w:cs="Calibri"/>
          <w:lang w:val="en-IN"/>
        </w:rPr>
      </w:pPr>
      <w:r w:rsidRPr="00D17725">
        <w:rPr>
          <w:rFonts w:ascii="Calibri" w:hAnsi="Calibri" w:cs="Calibri"/>
          <w:i/>
          <w:iCs/>
          <w:lang w:val="en-IN"/>
        </w:rPr>
        <w:t>(Duration: 4</w:t>
      </w:r>
      <w:r>
        <w:rPr>
          <w:rFonts w:ascii="Calibri" w:hAnsi="Calibri" w:cs="Calibri"/>
          <w:i/>
          <w:iCs/>
          <w:lang w:val="en-IN"/>
        </w:rPr>
        <w:t>6</w:t>
      </w:r>
      <w:r w:rsidRPr="00D17725">
        <w:rPr>
          <w:rFonts w:ascii="Calibri" w:hAnsi="Calibri" w:cs="Calibri"/>
          <w:i/>
          <w:iCs/>
          <w:lang w:val="en-IN"/>
        </w:rPr>
        <w:t xml:space="preserve"> minutes to 180 minutes)</w:t>
      </w:r>
    </w:p>
    <w:p w14:paraId="5FD8C002"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Regular Deadline:</w:t>
      </w:r>
      <w:r>
        <w:rPr>
          <w:rFonts w:ascii="Calibri" w:hAnsi="Calibri" w:cs="Calibri"/>
          <w:b/>
          <w:bCs/>
          <w:lang w:val="en-IN"/>
        </w:rPr>
        <w:t xml:space="preserve">  </w:t>
      </w:r>
      <w:r w:rsidRPr="00D17725">
        <w:rPr>
          <w:rFonts w:ascii="Calibri" w:hAnsi="Calibri" w:cs="Calibri"/>
          <w:lang w:val="en-IN"/>
        </w:rPr>
        <w:t>₹5,000 Indian Rupees OR US $70</w:t>
      </w:r>
    </w:p>
    <w:p w14:paraId="194AF7BA"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Late Deadline:</w:t>
      </w:r>
      <w:r>
        <w:rPr>
          <w:rFonts w:ascii="Calibri" w:hAnsi="Calibri" w:cs="Calibri"/>
          <w:b/>
          <w:bCs/>
          <w:lang w:val="en-IN"/>
        </w:rPr>
        <w:t xml:space="preserve">  </w:t>
      </w:r>
      <w:r w:rsidRPr="00D17725">
        <w:rPr>
          <w:rFonts w:ascii="Calibri" w:hAnsi="Calibri" w:cs="Calibri"/>
          <w:lang w:val="en-IN"/>
        </w:rPr>
        <w:t>₹6,000 Indian Rupees OR US $80</w:t>
      </w:r>
    </w:p>
    <w:p w14:paraId="6C0E5CBB"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Extended Deadline:</w:t>
      </w:r>
      <w:r>
        <w:rPr>
          <w:rFonts w:ascii="Calibri" w:hAnsi="Calibri" w:cs="Calibri"/>
          <w:b/>
          <w:bCs/>
          <w:lang w:val="en-IN"/>
        </w:rPr>
        <w:t xml:space="preserve">  </w:t>
      </w:r>
      <w:r w:rsidRPr="00D17725">
        <w:rPr>
          <w:rFonts w:ascii="Calibri" w:hAnsi="Calibri" w:cs="Calibri"/>
          <w:lang w:val="en-IN"/>
        </w:rPr>
        <w:t>₹8,000 Indian Rupees OR US $100</w:t>
      </w:r>
    </w:p>
    <w:p w14:paraId="7E085AAE" w14:textId="77777777" w:rsidR="001E5DB8" w:rsidRPr="00D17725" w:rsidRDefault="00000000" w:rsidP="001E5DB8">
      <w:pPr>
        <w:jc w:val="center"/>
        <w:rPr>
          <w:rFonts w:ascii="Calibri" w:hAnsi="Calibri" w:cs="Calibri"/>
          <w:lang w:val="en-IN"/>
        </w:rPr>
      </w:pPr>
      <w:r>
        <w:rPr>
          <w:rFonts w:ascii="Calibri" w:hAnsi="Calibri" w:cs="Calibri"/>
          <w:lang w:val="en-IN"/>
        </w:rPr>
        <w:pict w14:anchorId="1CDE76BD">
          <v:rect id="_x0000_i1028" style="width:0;height:1.5pt" o:hralign="center" o:hrstd="t" o:hr="t" fillcolor="#a0a0a0" stroked="f"/>
        </w:pict>
      </w:r>
    </w:p>
    <w:p w14:paraId="218BC305" w14:textId="77777777" w:rsidR="001E5DB8" w:rsidRPr="00F06C4B" w:rsidRDefault="001E5DB8" w:rsidP="001E5DB8">
      <w:pPr>
        <w:jc w:val="center"/>
        <w:rPr>
          <w:rFonts w:ascii="Calibri" w:hAnsi="Calibri" w:cs="Calibri"/>
          <w:b/>
          <w:bCs/>
          <w:sz w:val="32"/>
          <w:szCs w:val="32"/>
          <w:lang w:val="en-IN"/>
        </w:rPr>
      </w:pPr>
      <w:r w:rsidRPr="00D17725">
        <w:rPr>
          <w:rFonts w:ascii="Calibri" w:hAnsi="Calibri" w:cs="Calibri"/>
          <w:b/>
          <w:bCs/>
          <w:sz w:val="32"/>
          <w:szCs w:val="32"/>
          <w:lang w:val="en-IN"/>
        </w:rPr>
        <w:t>SUBMISSION FEE</w:t>
      </w:r>
    </w:p>
    <w:p w14:paraId="09C54966"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SHORT FILMS / DOCUMENTARIES</w:t>
      </w:r>
      <w:r>
        <w:rPr>
          <w:rFonts w:ascii="Calibri" w:hAnsi="Calibri" w:cs="Calibri"/>
          <w:b/>
          <w:bCs/>
          <w:lang w:val="en-IN"/>
        </w:rPr>
        <w:t xml:space="preserve"> ETC.</w:t>
      </w:r>
    </w:p>
    <w:p w14:paraId="709D7278" w14:textId="77777777" w:rsidR="001E5DB8" w:rsidRPr="00D17725" w:rsidRDefault="001E5DB8" w:rsidP="001E5DB8">
      <w:pPr>
        <w:jc w:val="center"/>
        <w:rPr>
          <w:rFonts w:ascii="Calibri" w:hAnsi="Calibri" w:cs="Calibri"/>
          <w:lang w:val="en-IN"/>
        </w:rPr>
      </w:pPr>
      <w:r w:rsidRPr="00D17725">
        <w:rPr>
          <w:rFonts w:ascii="Calibri" w:hAnsi="Calibri" w:cs="Calibri"/>
          <w:i/>
          <w:iCs/>
          <w:lang w:val="en-IN"/>
        </w:rPr>
        <w:t xml:space="preserve">(Duration: Up to </w:t>
      </w:r>
      <w:r>
        <w:rPr>
          <w:rFonts w:ascii="Calibri" w:hAnsi="Calibri" w:cs="Calibri"/>
          <w:i/>
          <w:iCs/>
          <w:lang w:val="en-IN"/>
        </w:rPr>
        <w:t>45</w:t>
      </w:r>
      <w:r w:rsidRPr="00D17725">
        <w:rPr>
          <w:rFonts w:ascii="Calibri" w:hAnsi="Calibri" w:cs="Calibri"/>
          <w:i/>
          <w:iCs/>
          <w:lang w:val="en-IN"/>
        </w:rPr>
        <w:t xml:space="preserve"> minutes)</w:t>
      </w:r>
    </w:p>
    <w:p w14:paraId="633D4A12"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Regular Deadline:</w:t>
      </w:r>
      <w:r>
        <w:rPr>
          <w:rFonts w:ascii="Calibri" w:hAnsi="Calibri" w:cs="Calibri"/>
          <w:b/>
          <w:bCs/>
          <w:lang w:val="en-IN"/>
        </w:rPr>
        <w:t xml:space="preserve">  </w:t>
      </w:r>
      <w:r w:rsidRPr="00D17725">
        <w:rPr>
          <w:rFonts w:ascii="Calibri" w:hAnsi="Calibri" w:cs="Calibri"/>
          <w:lang w:val="en-IN"/>
        </w:rPr>
        <w:t>₹2,000 Indian Rupees OR US $35</w:t>
      </w:r>
    </w:p>
    <w:p w14:paraId="414F84B5"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Late Deadline:</w:t>
      </w:r>
      <w:r>
        <w:rPr>
          <w:rFonts w:ascii="Calibri" w:hAnsi="Calibri" w:cs="Calibri"/>
          <w:b/>
          <w:bCs/>
          <w:lang w:val="en-IN"/>
        </w:rPr>
        <w:t xml:space="preserve">  </w:t>
      </w:r>
      <w:r w:rsidRPr="00D17725">
        <w:rPr>
          <w:rFonts w:ascii="Calibri" w:hAnsi="Calibri" w:cs="Calibri"/>
          <w:lang w:val="en-IN"/>
        </w:rPr>
        <w:t>₹2,500 Indian Rupees OR US $45</w:t>
      </w:r>
    </w:p>
    <w:p w14:paraId="22A2EA60"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lastRenderedPageBreak/>
        <w:t>Extended Deadline:</w:t>
      </w:r>
      <w:r>
        <w:rPr>
          <w:rFonts w:ascii="Calibri" w:hAnsi="Calibri" w:cs="Calibri"/>
          <w:b/>
          <w:bCs/>
          <w:lang w:val="en-IN"/>
        </w:rPr>
        <w:t xml:space="preserve">  </w:t>
      </w:r>
      <w:r w:rsidRPr="00D17725">
        <w:rPr>
          <w:rFonts w:ascii="Calibri" w:hAnsi="Calibri" w:cs="Calibri"/>
          <w:lang w:val="en-IN"/>
        </w:rPr>
        <w:t>₹3,000 Indian Rupees OR US $55</w:t>
      </w:r>
    </w:p>
    <w:p w14:paraId="5F061773" w14:textId="77777777" w:rsidR="001E5DB8" w:rsidRPr="00D17725" w:rsidRDefault="00000000" w:rsidP="001E5DB8">
      <w:pPr>
        <w:jc w:val="center"/>
        <w:rPr>
          <w:rFonts w:ascii="Calibri" w:hAnsi="Calibri" w:cs="Calibri"/>
          <w:lang w:val="en-IN"/>
        </w:rPr>
      </w:pPr>
      <w:r>
        <w:rPr>
          <w:rFonts w:ascii="Calibri" w:hAnsi="Calibri" w:cs="Calibri"/>
          <w:lang w:val="en-IN"/>
        </w:rPr>
        <w:pict w14:anchorId="1D7DE8B5">
          <v:rect id="_x0000_i1029" style="width:0;height:1.5pt" o:hralign="center" o:hrstd="t" o:hr="t" fillcolor="#a0a0a0" stroked="f"/>
        </w:pict>
      </w:r>
    </w:p>
    <w:p w14:paraId="07BE87EC"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ONLINE SUBMISSION</w:t>
      </w:r>
    </w:p>
    <w:p w14:paraId="337126DA" w14:textId="77777777" w:rsidR="001E5DB8" w:rsidRPr="00D17725" w:rsidRDefault="001E5DB8" w:rsidP="001E5DB8">
      <w:pPr>
        <w:jc w:val="center"/>
        <w:rPr>
          <w:rFonts w:ascii="Calibri" w:hAnsi="Calibri" w:cs="Calibri"/>
          <w:lang w:val="en-IN"/>
        </w:rPr>
      </w:pPr>
      <w:r w:rsidRPr="00D17725">
        <w:rPr>
          <w:rFonts w:ascii="Calibri" w:hAnsi="Calibri" w:cs="Calibri"/>
          <w:lang w:val="en-IN"/>
        </w:rPr>
        <w:t>Online submission facility available at:</w:t>
      </w:r>
      <w:r w:rsidRPr="00D17725">
        <w:rPr>
          <w:rFonts w:ascii="Calibri" w:hAnsi="Calibri" w:cs="Calibri"/>
          <w:lang w:val="en-IN"/>
        </w:rPr>
        <w:br/>
      </w:r>
      <w:r>
        <w:rPr>
          <w:rFonts w:ascii="Calibri" w:hAnsi="Calibri" w:cs="Calibri"/>
          <w:lang w:val="en-IN"/>
        </w:rPr>
        <w:t>www.</w:t>
      </w:r>
      <w:r w:rsidRPr="001014AD">
        <w:rPr>
          <w:rFonts w:ascii="Calibri" w:hAnsi="Calibri" w:cs="Calibri"/>
          <w:lang w:val="en-IN"/>
        </w:rPr>
        <w:t>filmdais.com</w:t>
      </w:r>
      <w:r>
        <w:rPr>
          <w:rFonts w:ascii="Calibri" w:hAnsi="Calibri" w:cs="Calibri"/>
          <w:lang w:val="en-IN"/>
        </w:rPr>
        <w:t>/</w:t>
      </w:r>
    </w:p>
    <w:p w14:paraId="16EC42ED" w14:textId="4E3F3C08" w:rsidR="001E5DB8" w:rsidRPr="00D17725" w:rsidRDefault="001E5DB8" w:rsidP="001E5DB8">
      <w:pPr>
        <w:jc w:val="center"/>
        <w:rPr>
          <w:rFonts w:ascii="Calibri" w:hAnsi="Calibri" w:cs="Calibri"/>
          <w:lang w:val="en-IN"/>
        </w:rPr>
      </w:pPr>
      <w:r w:rsidRPr="00D17725">
        <w:rPr>
          <w:rFonts w:ascii="Calibri" w:hAnsi="Calibri" w:cs="Calibri"/>
          <w:lang w:val="en-IN"/>
        </w:rPr>
        <w:t>For more details:</w:t>
      </w:r>
      <w:r w:rsidRPr="00D17725">
        <w:rPr>
          <w:rFonts w:ascii="Calibri" w:hAnsi="Calibri" w:cs="Calibri"/>
          <w:lang w:val="en-IN"/>
        </w:rPr>
        <w:br/>
      </w:r>
      <w:hyperlink r:id="rId9" w:history="1">
        <w:r w:rsidR="000267B1">
          <w:rPr>
            <w:rStyle w:val="Hyperlink"/>
            <w:rFonts w:ascii="Calibri" w:hAnsi="Calibri" w:cs="Calibri"/>
            <w:lang w:val="en-IN"/>
          </w:rPr>
          <w:t>https://filmdais.com/aifilmfestival.php</w:t>
        </w:r>
      </w:hyperlink>
      <w:r w:rsidR="00FD6084">
        <w:rPr>
          <w:rFonts w:ascii="Calibri" w:hAnsi="Calibri" w:cs="Calibri"/>
          <w:lang w:val="en-IN"/>
        </w:rPr>
        <w:t xml:space="preserve"> </w:t>
      </w:r>
    </w:p>
    <w:p w14:paraId="00D04DC0" w14:textId="77777777" w:rsidR="001E5DB8" w:rsidRPr="00D17725" w:rsidRDefault="00000000" w:rsidP="001E5DB8">
      <w:pPr>
        <w:jc w:val="center"/>
        <w:rPr>
          <w:rFonts w:ascii="Calibri" w:hAnsi="Calibri" w:cs="Calibri"/>
          <w:lang w:val="en-IN"/>
        </w:rPr>
      </w:pPr>
      <w:r>
        <w:rPr>
          <w:rFonts w:ascii="Calibri" w:hAnsi="Calibri" w:cs="Calibri"/>
          <w:lang w:val="en-IN"/>
        </w:rPr>
        <w:pict w14:anchorId="02553C80">
          <v:rect id="_x0000_i1030" style="width:0;height:1.5pt" o:hralign="center" o:hrstd="t" o:hr="t" fillcolor="#a0a0a0" stroked="f"/>
        </w:pict>
      </w:r>
    </w:p>
    <w:p w14:paraId="52437572"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PAYMENT OPTIONS</w:t>
      </w:r>
    </w:p>
    <w:p w14:paraId="00FD8730"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PayPal Payment</w:t>
      </w:r>
    </w:p>
    <w:p w14:paraId="1937E32E" w14:textId="77777777" w:rsidR="001E5DB8" w:rsidRPr="00D17725" w:rsidRDefault="001E5DB8" w:rsidP="001E5DB8">
      <w:pPr>
        <w:jc w:val="center"/>
        <w:rPr>
          <w:rFonts w:ascii="Calibri" w:hAnsi="Calibri" w:cs="Calibri"/>
          <w:lang w:val="en-IN"/>
        </w:rPr>
      </w:pPr>
      <w:r w:rsidRPr="00D17725">
        <w:rPr>
          <w:rFonts w:ascii="Calibri" w:hAnsi="Calibri" w:cs="Calibri"/>
          <w:lang w:val="en-IN"/>
        </w:rPr>
        <w:t xml:space="preserve">Email ID: </w:t>
      </w:r>
      <w:hyperlink r:id="rId10" w:history="1">
        <w:r w:rsidRPr="00D17725">
          <w:rPr>
            <w:rStyle w:val="Hyperlink"/>
            <w:rFonts w:ascii="Calibri" w:hAnsi="Calibri" w:cs="Calibri"/>
            <w:lang w:val="en-IN"/>
          </w:rPr>
          <w:t>jiffjaipur@rediffmail.com</w:t>
        </w:r>
      </w:hyperlink>
    </w:p>
    <w:p w14:paraId="10130BAB" w14:textId="77777777" w:rsidR="001E5DB8" w:rsidRPr="00D17725" w:rsidRDefault="001E5DB8" w:rsidP="001E5DB8">
      <w:pPr>
        <w:jc w:val="center"/>
        <w:rPr>
          <w:rFonts w:ascii="Calibri" w:hAnsi="Calibri" w:cs="Calibri"/>
          <w:lang w:val="en-IN"/>
        </w:rPr>
      </w:pPr>
      <w:r w:rsidRPr="00D17725">
        <w:rPr>
          <w:rFonts w:ascii="Calibri" w:hAnsi="Calibri" w:cs="Calibri"/>
          <w:lang w:val="en-IN"/>
        </w:rPr>
        <w:t>PayPal Link:</w:t>
      </w:r>
      <w:r w:rsidRPr="00D17725">
        <w:rPr>
          <w:rFonts w:ascii="Calibri" w:hAnsi="Calibri" w:cs="Calibri"/>
          <w:lang w:val="en-IN"/>
        </w:rPr>
        <w:br/>
      </w:r>
      <w:hyperlink r:id="rId11" w:history="1">
        <w:r w:rsidRPr="00D17725">
          <w:rPr>
            <w:rStyle w:val="Hyperlink"/>
            <w:rFonts w:ascii="Calibri" w:hAnsi="Calibri" w:cs="Calibri"/>
            <w:lang w:val="en-IN"/>
          </w:rPr>
          <w:t>https://www.paypal.me/JaipurInternational</w:t>
        </w:r>
      </w:hyperlink>
    </w:p>
    <w:p w14:paraId="45B367B0" w14:textId="77777777" w:rsidR="001E5DB8" w:rsidRPr="00D17725" w:rsidRDefault="00000000" w:rsidP="001E5DB8">
      <w:pPr>
        <w:jc w:val="center"/>
        <w:rPr>
          <w:rFonts w:ascii="Calibri" w:hAnsi="Calibri" w:cs="Calibri"/>
          <w:lang w:val="en-IN"/>
        </w:rPr>
      </w:pPr>
      <w:r>
        <w:rPr>
          <w:rFonts w:ascii="Calibri" w:hAnsi="Calibri" w:cs="Calibri"/>
          <w:lang w:val="en-IN"/>
        </w:rPr>
        <w:pict w14:anchorId="1AFEBEB0">
          <v:rect id="_x0000_i1031" style="width:0;height:1.5pt" o:hralign="center" o:hrstd="t" o:hr="t" fillcolor="#a0a0a0" stroked="f"/>
        </w:pict>
      </w:r>
    </w:p>
    <w:p w14:paraId="0E9DB4DA"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PayU Payment (Recommended for INR Payments)</w:t>
      </w:r>
    </w:p>
    <w:p w14:paraId="532FCC30" w14:textId="77777777" w:rsidR="001E5DB8" w:rsidRPr="00D17725" w:rsidRDefault="001E5DB8" w:rsidP="001E5DB8">
      <w:pPr>
        <w:jc w:val="center"/>
        <w:rPr>
          <w:rFonts w:ascii="Calibri" w:hAnsi="Calibri" w:cs="Calibri"/>
          <w:lang w:val="en-IN"/>
        </w:rPr>
      </w:pPr>
      <w:hyperlink r:id="rId12" w:history="1">
        <w:r w:rsidRPr="00D17725">
          <w:rPr>
            <w:rStyle w:val="Hyperlink"/>
            <w:rFonts w:ascii="Calibri" w:hAnsi="Calibri" w:cs="Calibri"/>
            <w:lang w:val="en-IN"/>
          </w:rPr>
          <w:t>https://pmny.in/7Ixh0ZG19owQ</w:t>
        </w:r>
      </w:hyperlink>
    </w:p>
    <w:p w14:paraId="6BB921BB" w14:textId="77777777" w:rsidR="001E5DB8" w:rsidRPr="00D17725" w:rsidRDefault="00000000" w:rsidP="001E5DB8">
      <w:pPr>
        <w:jc w:val="center"/>
        <w:rPr>
          <w:rFonts w:ascii="Calibri" w:hAnsi="Calibri" w:cs="Calibri"/>
          <w:lang w:val="en-IN"/>
        </w:rPr>
      </w:pPr>
      <w:r>
        <w:rPr>
          <w:rFonts w:ascii="Calibri" w:hAnsi="Calibri" w:cs="Calibri"/>
          <w:lang w:val="en-IN"/>
        </w:rPr>
        <w:pict w14:anchorId="39E624A8">
          <v:rect id="_x0000_i1032" style="width:0;height:1.5pt" o:hralign="center" o:hrstd="t" o:hr="t" fillcolor="#a0a0a0" stroked="f"/>
        </w:pict>
      </w:r>
    </w:p>
    <w:p w14:paraId="384FEA09"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UPI Payment</w:t>
      </w:r>
    </w:p>
    <w:p w14:paraId="6CD232B5" w14:textId="77777777" w:rsidR="001E5DB8" w:rsidRPr="00D17725" w:rsidRDefault="001E5DB8" w:rsidP="001E5DB8">
      <w:pPr>
        <w:jc w:val="center"/>
        <w:rPr>
          <w:rFonts w:ascii="Calibri" w:hAnsi="Calibri" w:cs="Calibri"/>
          <w:lang w:val="en-IN"/>
        </w:rPr>
      </w:pPr>
      <w:r w:rsidRPr="00D17725">
        <w:rPr>
          <w:rFonts w:ascii="Calibri" w:hAnsi="Calibri" w:cs="Calibri"/>
          <w:lang w:val="en-IN"/>
        </w:rPr>
        <w:t>Pay submission fee through:</w:t>
      </w:r>
    </w:p>
    <w:p w14:paraId="56F048FB"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PhonePe / Paytm / Google Pay</w:t>
      </w:r>
      <w:r w:rsidRPr="00D17725">
        <w:rPr>
          <w:rFonts w:ascii="Calibri" w:hAnsi="Calibri" w:cs="Calibri"/>
          <w:lang w:val="en-IN"/>
        </w:rPr>
        <w:br/>
        <w:t>Mobile No.: 9828934481</w:t>
      </w:r>
    </w:p>
    <w:p w14:paraId="5B2CAF81" w14:textId="77777777" w:rsidR="001E5DB8" w:rsidRPr="00D17725" w:rsidRDefault="00000000" w:rsidP="001E5DB8">
      <w:pPr>
        <w:jc w:val="center"/>
        <w:rPr>
          <w:rFonts w:ascii="Calibri" w:hAnsi="Calibri" w:cs="Calibri"/>
          <w:lang w:val="en-IN"/>
        </w:rPr>
      </w:pPr>
      <w:r>
        <w:rPr>
          <w:rFonts w:ascii="Calibri" w:hAnsi="Calibri" w:cs="Calibri"/>
          <w:lang w:val="en-IN"/>
        </w:rPr>
        <w:pict w14:anchorId="4D190CC9">
          <v:rect id="_x0000_i1033" style="width:0;height:1.5pt" o:hralign="center" o:hrstd="t" o:hr="t" fillcolor="#a0a0a0" stroked="f"/>
        </w:pict>
      </w:r>
    </w:p>
    <w:p w14:paraId="5C55DE66"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BANK DETAILS FOR DIRECT PAYMENT</w:t>
      </w:r>
    </w:p>
    <w:p w14:paraId="6541D687" w14:textId="77777777" w:rsidR="001E5DB8" w:rsidRPr="00D17725" w:rsidRDefault="001E5DB8" w:rsidP="001E5DB8">
      <w:pPr>
        <w:jc w:val="center"/>
        <w:rPr>
          <w:rFonts w:ascii="Calibri" w:hAnsi="Calibri" w:cs="Calibri"/>
          <w:lang w:val="en-IN"/>
        </w:rPr>
      </w:pPr>
      <w:r w:rsidRPr="00D17725">
        <w:rPr>
          <w:rFonts w:ascii="Calibri" w:hAnsi="Calibri" w:cs="Calibri"/>
          <w:lang w:val="en-IN"/>
        </w:rPr>
        <w:t>The entry form/application will be considered valid only after receipt of the applicable film submission entry fee (as per the above deadlines) through Cash, Demand Draft, Cheque, or Bank Transfer in favour of:</w:t>
      </w:r>
    </w:p>
    <w:p w14:paraId="29CFF354"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Jaipur International Film Festival Trust</w:t>
      </w:r>
    </w:p>
    <w:p w14:paraId="29B6A1C7"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Current Account Number:</w:t>
      </w:r>
      <w:r w:rsidRPr="00D17725">
        <w:rPr>
          <w:rFonts w:ascii="Calibri" w:hAnsi="Calibri" w:cs="Calibri"/>
          <w:lang w:val="en-IN"/>
        </w:rPr>
        <w:t xml:space="preserve"> 10331131000292</w:t>
      </w:r>
    </w:p>
    <w:p w14:paraId="5E6914FA"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lastRenderedPageBreak/>
        <w:t>IFSC Code / Swift / Sort Code:</w:t>
      </w:r>
      <w:r w:rsidRPr="00D17725">
        <w:rPr>
          <w:rFonts w:ascii="Calibri" w:hAnsi="Calibri" w:cs="Calibri"/>
          <w:lang w:val="en-IN"/>
        </w:rPr>
        <w:t xml:space="preserve"> PUNB0103310</w:t>
      </w:r>
    </w:p>
    <w:p w14:paraId="005691D1"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Bank Name &amp; Address:</w:t>
      </w:r>
      <w:r w:rsidRPr="00D17725">
        <w:rPr>
          <w:rFonts w:ascii="Calibri" w:hAnsi="Calibri" w:cs="Calibri"/>
          <w:lang w:val="en-IN"/>
        </w:rPr>
        <w:br/>
        <w:t>Punjab National Bank (PNB)</w:t>
      </w:r>
      <w:r w:rsidRPr="00D17725">
        <w:rPr>
          <w:rFonts w:ascii="Calibri" w:hAnsi="Calibri" w:cs="Calibri"/>
          <w:lang w:val="en-IN"/>
        </w:rPr>
        <w:br/>
        <w:t>Khadi Board Branch, Bajaj Nagar, Near BSNL Office,</w:t>
      </w:r>
      <w:r w:rsidRPr="00D17725">
        <w:rPr>
          <w:rFonts w:ascii="Calibri" w:hAnsi="Calibri" w:cs="Calibri"/>
          <w:lang w:val="en-IN"/>
        </w:rPr>
        <w:br/>
        <w:t>J. L. N. Road, Jaipur, Rajasthan, India</w:t>
      </w:r>
    </w:p>
    <w:p w14:paraId="1424ADFC" w14:textId="77777777" w:rsidR="001E5DB8" w:rsidRPr="00D17725" w:rsidRDefault="00000000" w:rsidP="001E5DB8">
      <w:pPr>
        <w:jc w:val="center"/>
        <w:rPr>
          <w:rFonts w:ascii="Calibri" w:hAnsi="Calibri" w:cs="Calibri"/>
          <w:lang w:val="en-IN"/>
        </w:rPr>
      </w:pPr>
      <w:r>
        <w:rPr>
          <w:rFonts w:ascii="Calibri" w:hAnsi="Calibri" w:cs="Calibri"/>
          <w:lang w:val="en-IN"/>
        </w:rPr>
        <w:pict w14:anchorId="550C46FF">
          <v:rect id="_x0000_i1034" style="width:0;height:1.5pt" o:hralign="center" o:hrstd="t" o:hr="t" fillcolor="#a0a0a0" stroked="f"/>
        </w:pict>
      </w:r>
    </w:p>
    <w:p w14:paraId="5E3352B8" w14:textId="77777777" w:rsidR="001E5DB8" w:rsidRPr="00D17725" w:rsidRDefault="001E5DB8" w:rsidP="001E5DB8">
      <w:pPr>
        <w:jc w:val="center"/>
        <w:rPr>
          <w:rFonts w:ascii="Calibri" w:hAnsi="Calibri" w:cs="Calibri"/>
          <w:b/>
          <w:bCs/>
          <w:lang w:val="en-IN"/>
        </w:rPr>
      </w:pPr>
      <w:r w:rsidRPr="00D17725">
        <w:rPr>
          <w:rFonts w:ascii="Calibri" w:hAnsi="Calibri" w:cs="Calibri"/>
          <w:b/>
          <w:bCs/>
          <w:lang w:val="en-IN"/>
        </w:rPr>
        <w:t>INTERNATIONAL BANK TRANSFER DETAILS</w:t>
      </w:r>
    </w:p>
    <w:p w14:paraId="71F95190" w14:textId="77777777" w:rsidR="001E5DB8" w:rsidRPr="00D17725" w:rsidRDefault="001E5DB8" w:rsidP="001E5DB8">
      <w:pPr>
        <w:jc w:val="center"/>
        <w:rPr>
          <w:rFonts w:ascii="Calibri" w:hAnsi="Calibri" w:cs="Calibri"/>
          <w:lang w:val="en-IN"/>
        </w:rPr>
      </w:pPr>
      <w:r w:rsidRPr="00D17725">
        <w:rPr>
          <w:rFonts w:ascii="Calibri" w:hAnsi="Calibri" w:cs="Calibri"/>
          <w:lang w:val="en-IN"/>
        </w:rPr>
        <w:t>For direct deposits from outside India:</w:t>
      </w:r>
    </w:p>
    <w:p w14:paraId="04BAE2E0"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SWIFT Code / BIC:</w:t>
      </w:r>
      <w:r w:rsidRPr="00D17725">
        <w:rPr>
          <w:rFonts w:ascii="Calibri" w:hAnsi="Calibri" w:cs="Calibri"/>
          <w:lang w:val="en-IN"/>
        </w:rPr>
        <w:t xml:space="preserve"> PUNBINBBISB</w:t>
      </w:r>
    </w:p>
    <w:p w14:paraId="109E4BAC"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Beneficiary Account Details:</w:t>
      </w:r>
    </w:p>
    <w:p w14:paraId="23C9C3FA" w14:textId="77777777" w:rsidR="001E5DB8" w:rsidRPr="00D17725" w:rsidRDefault="001E5DB8" w:rsidP="001E5DB8">
      <w:pPr>
        <w:jc w:val="center"/>
        <w:rPr>
          <w:rFonts w:ascii="Calibri" w:hAnsi="Calibri" w:cs="Calibri"/>
          <w:lang w:val="en-IN"/>
        </w:rPr>
      </w:pPr>
      <w:r w:rsidRPr="00D17725">
        <w:rPr>
          <w:rFonts w:ascii="Calibri" w:hAnsi="Calibri" w:cs="Calibri"/>
          <w:lang w:val="en-IN"/>
        </w:rPr>
        <w:t>Account Name: Jaipur International Film Festival Trust</w:t>
      </w:r>
      <w:r w:rsidRPr="00D17725">
        <w:rPr>
          <w:rFonts w:ascii="Calibri" w:hAnsi="Calibri" w:cs="Calibri"/>
          <w:lang w:val="en-IN"/>
        </w:rPr>
        <w:br/>
        <w:t>Current Account Number: 10331131000292</w:t>
      </w:r>
    </w:p>
    <w:p w14:paraId="0E701408" w14:textId="77777777" w:rsidR="001E5DB8" w:rsidRPr="00D17725" w:rsidRDefault="001E5DB8" w:rsidP="001E5DB8">
      <w:pPr>
        <w:jc w:val="center"/>
        <w:rPr>
          <w:rFonts w:ascii="Calibri" w:hAnsi="Calibri" w:cs="Calibri"/>
          <w:lang w:val="en-IN"/>
        </w:rPr>
      </w:pPr>
      <w:r w:rsidRPr="00D17725">
        <w:rPr>
          <w:rFonts w:ascii="Calibri" w:hAnsi="Calibri" w:cs="Calibri"/>
          <w:lang w:val="en-IN"/>
        </w:rPr>
        <w:t>Bank: Punjab National Bank (PNB)</w:t>
      </w:r>
      <w:r w:rsidRPr="00D17725">
        <w:rPr>
          <w:rFonts w:ascii="Calibri" w:hAnsi="Calibri" w:cs="Calibri"/>
          <w:lang w:val="en-IN"/>
        </w:rPr>
        <w:br/>
        <w:t>Khadi Board Branch, Near BSNL Office, Bajaj Nagar,</w:t>
      </w:r>
      <w:r w:rsidRPr="00D17725">
        <w:rPr>
          <w:rFonts w:ascii="Calibri" w:hAnsi="Calibri" w:cs="Calibri"/>
          <w:lang w:val="en-IN"/>
        </w:rPr>
        <w:br/>
        <w:t>J. L. N. Road, Jaipur, India</w:t>
      </w:r>
    </w:p>
    <w:p w14:paraId="7CBD31F2" w14:textId="77777777" w:rsidR="001E5DB8" w:rsidRPr="00D17725" w:rsidRDefault="00000000" w:rsidP="001E5DB8">
      <w:pPr>
        <w:jc w:val="center"/>
        <w:rPr>
          <w:rFonts w:ascii="Calibri" w:hAnsi="Calibri" w:cs="Calibri"/>
          <w:lang w:val="en-IN"/>
        </w:rPr>
      </w:pPr>
      <w:r>
        <w:rPr>
          <w:rFonts w:ascii="Calibri" w:hAnsi="Calibri" w:cs="Calibri"/>
          <w:lang w:val="en-IN"/>
        </w:rPr>
        <w:pict w14:anchorId="530C8585">
          <v:rect id="_x0000_i1035" style="width:0;height:1.5pt" o:hralign="center" o:hrstd="t" o:hr="t" fillcolor="#a0a0a0" stroked="f"/>
        </w:pict>
      </w:r>
    </w:p>
    <w:p w14:paraId="01321637" w14:textId="77777777" w:rsidR="001E5DB8" w:rsidRPr="00D17725" w:rsidRDefault="001E5DB8" w:rsidP="001E5DB8">
      <w:pPr>
        <w:jc w:val="center"/>
        <w:rPr>
          <w:rFonts w:ascii="Calibri" w:hAnsi="Calibri" w:cs="Calibri"/>
          <w:lang w:val="en-IN"/>
        </w:rPr>
      </w:pPr>
      <w:r w:rsidRPr="00D17725">
        <w:rPr>
          <w:rFonts w:ascii="Calibri" w:hAnsi="Calibri" w:cs="Calibri"/>
          <w:b/>
          <w:bCs/>
          <w:lang w:val="en-IN"/>
        </w:rPr>
        <w:t>Note:</w:t>
      </w:r>
      <w:r w:rsidRPr="00D17725">
        <w:rPr>
          <w:rFonts w:ascii="Calibri" w:hAnsi="Calibri" w:cs="Calibri"/>
          <w:lang w:val="en-IN"/>
        </w:rPr>
        <w:t xml:space="preserve"> Film submission will be confirmed only after successful receipt of the applicable submission fee and completion of the online submission process.</w:t>
      </w:r>
    </w:p>
    <w:p w14:paraId="798AF4D9" w14:textId="77777777" w:rsidR="001E5DB8" w:rsidRPr="00E179CE" w:rsidRDefault="001E5DB8" w:rsidP="001E5DB8">
      <w:pPr>
        <w:rPr>
          <w:rFonts w:ascii="Calibri" w:hAnsi="Calibri" w:cs="Calibri"/>
        </w:rPr>
      </w:pPr>
    </w:p>
    <w:p w14:paraId="62E023DD" w14:textId="77777777" w:rsidR="001E5DB8" w:rsidRPr="00E179CE" w:rsidRDefault="001E5DB8" w:rsidP="001E5DB8">
      <w:pPr>
        <w:rPr>
          <w:rFonts w:ascii="Calibri" w:hAnsi="Calibri" w:cs="Calibri"/>
        </w:rPr>
      </w:pPr>
    </w:p>
    <w:p w14:paraId="4BCCC467" w14:textId="77777777" w:rsidR="001E5DB8" w:rsidRPr="00E179CE" w:rsidRDefault="001E5DB8" w:rsidP="001E5DB8">
      <w:pPr>
        <w:rPr>
          <w:rFonts w:ascii="Calibri" w:hAnsi="Calibri" w:cs="Calibri"/>
        </w:rPr>
      </w:pPr>
    </w:p>
    <w:p w14:paraId="09978B92" w14:textId="77777777" w:rsidR="001E5DB8" w:rsidRPr="00E179CE" w:rsidRDefault="001E5DB8" w:rsidP="001E5DB8">
      <w:pPr>
        <w:pStyle w:val="Heading1"/>
        <w:jc w:val="center"/>
        <w:rPr>
          <w:rFonts w:ascii="Calibri" w:hAnsi="Calibri" w:cs="Calibri"/>
        </w:rPr>
      </w:pPr>
      <w:r w:rsidRPr="00E179CE">
        <w:rPr>
          <w:rFonts w:ascii="Calibri" w:hAnsi="Calibri" w:cs="Calibri"/>
          <w:noProof/>
        </w:rPr>
        <w:lastRenderedPageBreak/>
        <w:drawing>
          <wp:inline distT="0" distB="0" distL="0" distR="0" wp14:anchorId="268F7E12" wp14:editId="69E441D1">
            <wp:extent cx="2178657" cy="1647105"/>
            <wp:effectExtent l="0" t="0" r="0" b="0"/>
            <wp:docPr id="52825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675" cy="1650143"/>
                    </a:xfrm>
                    <a:prstGeom prst="rect">
                      <a:avLst/>
                    </a:prstGeom>
                    <a:noFill/>
                    <a:ln>
                      <a:noFill/>
                    </a:ln>
                  </pic:spPr>
                </pic:pic>
              </a:graphicData>
            </a:graphic>
          </wp:inline>
        </w:drawing>
      </w:r>
    </w:p>
    <w:p w14:paraId="15D225F3" w14:textId="77777777" w:rsidR="001E5DB8" w:rsidRPr="00E179CE" w:rsidRDefault="001E5DB8" w:rsidP="001E5DB8">
      <w:pPr>
        <w:pStyle w:val="Heading1"/>
        <w:jc w:val="center"/>
        <w:rPr>
          <w:rFonts w:ascii="Calibri" w:hAnsi="Calibri" w:cs="Calibri"/>
        </w:rPr>
      </w:pPr>
      <w:r w:rsidRPr="00E179CE">
        <w:rPr>
          <w:rFonts w:ascii="Calibri" w:hAnsi="Calibri" w:cs="Calibri"/>
        </w:rPr>
        <w:t>WORLD AI CINEMA &amp; CREATIVITY FESTIVAL (WAICF) – INDIA</w:t>
      </w:r>
    </w:p>
    <w:p w14:paraId="3A06A0D0" w14:textId="77777777" w:rsidR="001E5DB8" w:rsidRPr="00E179CE" w:rsidRDefault="001E5DB8" w:rsidP="001E5DB8">
      <w:pPr>
        <w:jc w:val="center"/>
        <w:rPr>
          <w:rFonts w:ascii="Calibri" w:hAnsi="Calibri" w:cs="Calibri"/>
        </w:rPr>
      </w:pPr>
      <w:r w:rsidRPr="00E179CE">
        <w:rPr>
          <w:rFonts w:ascii="Calibri" w:hAnsi="Calibri" w:cs="Calibri"/>
        </w:rPr>
        <w:t>Where Human Creativity and Artificial Intelligence Unite!</w:t>
      </w:r>
      <w:r w:rsidRPr="00E179CE">
        <w:rPr>
          <w:rFonts w:ascii="Calibri" w:hAnsi="Calibri" w:cs="Calibri"/>
        </w:rPr>
        <w:br/>
        <w:t>World's First Complete Cinema Ecosystem — From Traditional Cinema to AI Cinema</w:t>
      </w:r>
    </w:p>
    <w:p w14:paraId="2B54149F" w14:textId="77777777" w:rsidR="001E5DB8" w:rsidRPr="00E179CE" w:rsidRDefault="001E5DB8" w:rsidP="001E5DB8">
      <w:pPr>
        <w:rPr>
          <w:rFonts w:ascii="Calibri" w:hAnsi="Calibri" w:cs="Calibri"/>
        </w:rPr>
      </w:pPr>
    </w:p>
    <w:p w14:paraId="53A7CF0F" w14:textId="77777777" w:rsidR="001E5DB8" w:rsidRPr="00E179CE" w:rsidRDefault="001E5DB8" w:rsidP="001E5DB8">
      <w:pPr>
        <w:rPr>
          <w:rFonts w:ascii="Calibri" w:hAnsi="Calibri" w:cs="Calibri"/>
        </w:rPr>
      </w:pPr>
      <w:r w:rsidRPr="00E179CE">
        <w:rPr>
          <w:rFonts w:ascii="Calibri" w:hAnsi="Calibri" w:cs="Calibri"/>
          <w:b/>
          <w:bCs/>
        </w:rPr>
        <w:t>FILM / CREATIVE WORK SUBMISSION FORM</w:t>
      </w:r>
      <w:r w:rsidRPr="00E179CE">
        <w:rPr>
          <w:rFonts w:ascii="Calibri" w:hAnsi="Calibri" w:cs="Calibri"/>
        </w:rPr>
        <w:br/>
      </w:r>
      <w:r w:rsidRPr="00E179CE">
        <w:rPr>
          <w:rFonts w:ascii="Calibri" w:hAnsi="Calibri" w:cs="Calibri"/>
          <w:b/>
          <w:bCs/>
        </w:rPr>
        <w:br/>
        <w:t>1. Original Title of the Film / Creative Work:</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Title in English:</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Subject / Theme of the Film:</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Production Country:</w:t>
      </w:r>
      <w:r w:rsidRPr="00E179CE">
        <w:rPr>
          <w:rFonts w:ascii="Calibri" w:hAnsi="Calibri" w:cs="Calibri"/>
        </w:rPr>
        <w:br/>
        <w:t>____________________________</w:t>
      </w:r>
    </w:p>
    <w:p w14:paraId="67BF4E3C" w14:textId="77777777" w:rsidR="001E5DB8" w:rsidRPr="00E179CE" w:rsidRDefault="001E5DB8" w:rsidP="001E5DB8">
      <w:pPr>
        <w:rPr>
          <w:rFonts w:ascii="Calibri" w:hAnsi="Calibri" w:cs="Calibri"/>
        </w:rPr>
      </w:pPr>
      <w:r w:rsidRPr="00E179CE">
        <w:rPr>
          <w:rFonts w:ascii="Calibri" w:hAnsi="Calibri" w:cs="Calibri"/>
          <w:b/>
          <w:bCs/>
        </w:rPr>
        <w:t>Type of Creation:</w:t>
      </w:r>
    </w:p>
    <w:p w14:paraId="31294132" w14:textId="77777777" w:rsidR="001E5DB8" w:rsidRPr="00E179CE" w:rsidRDefault="001E5DB8" w:rsidP="001E5DB8">
      <w:pPr>
        <w:rPr>
          <w:rFonts w:ascii="Calibri" w:hAnsi="Calibri" w:cs="Calibri"/>
        </w:rPr>
      </w:pPr>
      <w:r w:rsidRPr="00E179CE">
        <w:rPr>
          <w:rFonts w:ascii="Calibri" w:hAnsi="Calibri" w:cs="Calibri"/>
        </w:rPr>
        <w:t xml:space="preserve">AI Generated Film □  </w:t>
      </w:r>
    </w:p>
    <w:p w14:paraId="16B6D623" w14:textId="77777777" w:rsidR="001E5DB8" w:rsidRPr="00E179CE" w:rsidRDefault="001E5DB8" w:rsidP="001E5DB8">
      <w:pPr>
        <w:rPr>
          <w:rFonts w:ascii="Calibri" w:hAnsi="Calibri" w:cs="Calibri"/>
        </w:rPr>
      </w:pPr>
      <w:r w:rsidRPr="00E179CE">
        <w:rPr>
          <w:rFonts w:ascii="Calibri" w:hAnsi="Calibri" w:cs="Calibri"/>
        </w:rPr>
        <w:t xml:space="preserve">AI Assisted Film □  </w:t>
      </w:r>
    </w:p>
    <w:p w14:paraId="7F41AE50" w14:textId="77777777" w:rsidR="001E5DB8" w:rsidRPr="00E179CE" w:rsidRDefault="001E5DB8" w:rsidP="001E5DB8">
      <w:pPr>
        <w:rPr>
          <w:rFonts w:ascii="Calibri" w:hAnsi="Calibri" w:cs="Calibri"/>
        </w:rPr>
      </w:pPr>
      <w:r w:rsidRPr="00E179CE">
        <w:rPr>
          <w:rFonts w:ascii="Calibri" w:hAnsi="Calibri" w:cs="Calibri"/>
        </w:rPr>
        <w:t xml:space="preserve">Human + AI Collaboration □  </w:t>
      </w:r>
    </w:p>
    <w:p w14:paraId="15C93CB5" w14:textId="77777777" w:rsidR="001E5DB8" w:rsidRPr="00E179CE" w:rsidRDefault="001E5DB8" w:rsidP="001E5DB8">
      <w:pPr>
        <w:rPr>
          <w:rFonts w:ascii="Calibri" w:hAnsi="Calibri" w:cs="Calibri"/>
        </w:rPr>
      </w:pPr>
      <w:r w:rsidRPr="00E179CE">
        <w:rPr>
          <w:rFonts w:ascii="Calibri" w:hAnsi="Calibri" w:cs="Calibri"/>
        </w:rPr>
        <w:t>AI Experimental Creation □</w:t>
      </w:r>
      <w:r w:rsidRPr="00E179CE">
        <w:rPr>
          <w:rFonts w:ascii="Calibri" w:hAnsi="Calibri" w:cs="Calibri"/>
        </w:rPr>
        <w:br/>
      </w:r>
      <w:r w:rsidRPr="00E179CE">
        <w:rPr>
          <w:rFonts w:ascii="Calibri" w:hAnsi="Calibri" w:cs="Calibri"/>
        </w:rPr>
        <w:br/>
      </w:r>
      <w:r w:rsidRPr="00E179CE">
        <w:rPr>
          <w:rFonts w:ascii="Calibri" w:hAnsi="Calibri" w:cs="Calibri"/>
          <w:b/>
          <w:bCs/>
        </w:rPr>
        <w:t>2. Premiere Status:</w:t>
      </w:r>
      <w:r w:rsidRPr="00E179CE">
        <w:rPr>
          <w:rFonts w:ascii="Calibri" w:hAnsi="Calibri" w:cs="Calibri"/>
          <w:b/>
          <w:bCs/>
        </w:rPr>
        <w:br/>
      </w:r>
      <w:r w:rsidRPr="00E179CE">
        <w:rPr>
          <w:rFonts w:ascii="Calibri" w:hAnsi="Calibri" w:cs="Calibri"/>
        </w:rPr>
        <w:t xml:space="preserve">World Premiere □ </w:t>
      </w:r>
      <w:r w:rsidRPr="00E179CE">
        <w:rPr>
          <w:rFonts w:ascii="Calibri" w:hAnsi="Calibri" w:cs="Calibri"/>
        </w:rPr>
        <w:tab/>
        <w:t>International Premiere □</w:t>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t xml:space="preserve">       Asian Premiere □ </w:t>
      </w:r>
      <w:r w:rsidRPr="00E179CE">
        <w:rPr>
          <w:rFonts w:ascii="Calibri" w:hAnsi="Calibri" w:cs="Calibri"/>
        </w:rPr>
        <w:tab/>
        <w:t xml:space="preserve">Indian Premiere □ </w:t>
      </w:r>
      <w:r w:rsidRPr="00E179CE">
        <w:rPr>
          <w:rFonts w:ascii="Calibri" w:hAnsi="Calibri" w:cs="Calibri"/>
        </w:rPr>
        <w:tab/>
        <w:t>Rajasthan/Jaipur  Premiere □</w:t>
      </w:r>
      <w:r w:rsidRPr="00E179CE">
        <w:rPr>
          <w:rFonts w:ascii="Calibri" w:hAnsi="Calibri" w:cs="Calibri"/>
        </w:rPr>
        <w:br/>
      </w:r>
      <w:r w:rsidRPr="00E179CE">
        <w:rPr>
          <w:rFonts w:ascii="Calibri" w:hAnsi="Calibri" w:cs="Calibri"/>
        </w:rPr>
        <w:br/>
      </w:r>
      <w:r w:rsidRPr="00E179CE">
        <w:rPr>
          <w:rFonts w:ascii="Calibri" w:hAnsi="Calibri" w:cs="Calibri"/>
          <w:b/>
          <w:bCs/>
        </w:rPr>
        <w:lastRenderedPageBreak/>
        <w:t>3. One-Line Synopsis:</w:t>
      </w:r>
      <w:r w:rsidRPr="00E179CE">
        <w:rPr>
          <w:rFonts w:ascii="Calibri" w:hAnsi="Calibri" w:cs="Calibri"/>
          <w:b/>
          <w:bCs/>
        </w:rPr>
        <w:br/>
      </w:r>
      <w:r w:rsidRPr="00E179CE">
        <w:rPr>
          <w:rFonts w:ascii="Calibri" w:hAnsi="Calibri" w:cs="Calibri"/>
        </w:rP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4. Director / Creator / Producer / Production Company / Institute Details:</w:t>
      </w:r>
      <w:r w:rsidRPr="00E179CE">
        <w:rPr>
          <w:rFonts w:ascii="Calibri" w:hAnsi="Calibri" w:cs="Calibri"/>
          <w:b/>
          <w:bCs/>
        </w:rPr>
        <w:br/>
      </w:r>
      <w:r w:rsidRPr="00E179CE">
        <w:rPr>
          <w:rFonts w:ascii="Calibri" w:hAnsi="Calibri" w:cs="Calibri"/>
        </w:rPr>
        <w:t>Name:</w:t>
      </w:r>
      <w:r w:rsidRPr="00E179CE">
        <w:rPr>
          <w:rFonts w:ascii="Calibri" w:hAnsi="Calibri" w:cs="Calibri"/>
        </w:rPr>
        <w:br/>
        <w:t>Address:</w:t>
      </w:r>
      <w:r w:rsidRPr="00E179CE">
        <w:rPr>
          <w:rFonts w:ascii="Calibri" w:hAnsi="Calibri" w:cs="Calibri"/>
        </w:rPr>
        <w:br/>
        <w:t>Country:</w:t>
      </w:r>
      <w:r w:rsidRPr="00E179CE">
        <w:rPr>
          <w:rFonts w:ascii="Calibri" w:hAnsi="Calibri" w:cs="Calibri"/>
        </w:rPr>
        <w:br/>
        <w:t>Telephone:</w:t>
      </w:r>
      <w:r w:rsidRPr="00E179CE">
        <w:rPr>
          <w:rFonts w:ascii="Calibri" w:hAnsi="Calibri" w:cs="Calibri"/>
        </w:rPr>
        <w:br/>
        <w:t>Email:</w:t>
      </w:r>
      <w:r w:rsidRPr="00E179CE">
        <w:rPr>
          <w:rFonts w:ascii="Calibri" w:hAnsi="Calibri" w:cs="Calibri"/>
        </w:rPr>
        <w:br/>
        <w:t>Website:</w:t>
      </w:r>
    </w:p>
    <w:p w14:paraId="642AB927" w14:textId="77777777" w:rsidR="001E5DB8" w:rsidRPr="00E179CE" w:rsidRDefault="001E5DB8" w:rsidP="001E5DB8">
      <w:pPr>
        <w:rPr>
          <w:rFonts w:ascii="Calibri" w:hAnsi="Calibri" w:cs="Calibri"/>
        </w:rPr>
      </w:pPr>
      <w:r w:rsidRPr="00E179CE">
        <w:rPr>
          <w:rFonts w:ascii="Calibri" w:hAnsi="Calibri" w:cs="Calibri"/>
          <w:b/>
          <w:bCs/>
        </w:rPr>
        <w:t>Creator / Producer / Production Company / Institute Details:</w:t>
      </w:r>
      <w:r w:rsidRPr="00E179CE">
        <w:rPr>
          <w:rFonts w:ascii="Calibri" w:hAnsi="Calibri" w:cs="Calibri"/>
          <w:b/>
          <w:bCs/>
        </w:rPr>
        <w:br/>
      </w:r>
      <w:r w:rsidRPr="00E179CE">
        <w:rPr>
          <w:rFonts w:ascii="Calibri" w:hAnsi="Calibri" w:cs="Calibri"/>
        </w:rPr>
        <w:t>Name:</w:t>
      </w:r>
      <w:r w:rsidRPr="00E179CE">
        <w:rPr>
          <w:rFonts w:ascii="Calibri" w:hAnsi="Calibri" w:cs="Calibri"/>
        </w:rPr>
        <w:br/>
        <w:t>Address:</w:t>
      </w:r>
      <w:r w:rsidRPr="00E179CE">
        <w:rPr>
          <w:rFonts w:ascii="Calibri" w:hAnsi="Calibri" w:cs="Calibri"/>
        </w:rPr>
        <w:br/>
        <w:t>Country:</w:t>
      </w:r>
      <w:r w:rsidRPr="00E179CE">
        <w:rPr>
          <w:rFonts w:ascii="Calibri" w:hAnsi="Calibri" w:cs="Calibri"/>
        </w:rPr>
        <w:br/>
        <w:t>Telephone:</w:t>
      </w:r>
      <w:r w:rsidRPr="00E179CE">
        <w:rPr>
          <w:rFonts w:ascii="Calibri" w:hAnsi="Calibri" w:cs="Calibri"/>
        </w:rPr>
        <w:br/>
        <w:t>Email:</w:t>
      </w:r>
      <w:r w:rsidRPr="00E179CE">
        <w:rPr>
          <w:rFonts w:ascii="Calibri" w:hAnsi="Calibri" w:cs="Calibri"/>
        </w:rPr>
        <w:br/>
        <w:t>Website:</w:t>
      </w:r>
    </w:p>
    <w:p w14:paraId="560DFF5C" w14:textId="77777777" w:rsidR="001E5DB8" w:rsidRPr="00E179CE" w:rsidRDefault="001E5DB8" w:rsidP="001E5DB8">
      <w:pPr>
        <w:rPr>
          <w:rFonts w:ascii="Calibri" w:hAnsi="Calibri" w:cs="Calibri"/>
        </w:rPr>
      </w:pPr>
      <w:r w:rsidRPr="00E179CE">
        <w:rPr>
          <w:rFonts w:ascii="Calibri" w:hAnsi="Calibri" w:cs="Calibri"/>
          <w:b/>
          <w:bCs/>
        </w:rPr>
        <w:t>Institute Details (for students):</w:t>
      </w:r>
      <w:r w:rsidRPr="00E179CE">
        <w:rPr>
          <w:rFonts w:ascii="Calibri" w:hAnsi="Calibri" w:cs="Calibri"/>
          <w:b/>
          <w:bCs/>
        </w:rPr>
        <w:br/>
      </w:r>
      <w:r w:rsidRPr="00E179CE">
        <w:rPr>
          <w:rFonts w:ascii="Calibri" w:hAnsi="Calibri" w:cs="Calibri"/>
        </w:rPr>
        <w:t>Name:</w:t>
      </w:r>
      <w:r w:rsidRPr="00E179CE">
        <w:rPr>
          <w:rFonts w:ascii="Calibri" w:hAnsi="Calibri" w:cs="Calibri"/>
        </w:rPr>
        <w:br/>
        <w:t>Address:</w:t>
      </w:r>
      <w:r w:rsidRPr="00E179CE">
        <w:rPr>
          <w:rFonts w:ascii="Calibri" w:hAnsi="Calibri" w:cs="Calibri"/>
        </w:rPr>
        <w:br/>
        <w:t>Country:</w:t>
      </w:r>
      <w:r w:rsidRPr="00E179CE">
        <w:rPr>
          <w:rFonts w:ascii="Calibri" w:hAnsi="Calibri" w:cs="Calibri"/>
        </w:rPr>
        <w:br/>
        <w:t>Telephone:</w:t>
      </w:r>
      <w:r w:rsidRPr="00E179CE">
        <w:rPr>
          <w:rFonts w:ascii="Calibri" w:hAnsi="Calibri" w:cs="Calibri"/>
        </w:rPr>
        <w:br/>
        <w:t>Email:</w:t>
      </w:r>
      <w:r w:rsidRPr="00E179CE">
        <w:rPr>
          <w:rFonts w:ascii="Calibri" w:hAnsi="Calibri" w:cs="Calibri"/>
        </w:rPr>
        <w:br/>
        <w:t>Website:</w:t>
      </w:r>
      <w:r w:rsidRPr="00E179CE">
        <w:rPr>
          <w:rFonts w:ascii="Calibri" w:hAnsi="Calibri" w:cs="Calibri"/>
        </w:rPr>
        <w:br/>
      </w:r>
      <w:r w:rsidRPr="00E179CE">
        <w:rPr>
          <w:rFonts w:ascii="Calibri" w:hAnsi="Calibri" w:cs="Calibri"/>
        </w:rPr>
        <w:br/>
      </w:r>
      <w:r w:rsidRPr="00E179CE">
        <w:rPr>
          <w:rFonts w:ascii="Calibri" w:hAnsi="Calibri" w:cs="Calibri"/>
          <w:b/>
          <w:bCs/>
        </w:rPr>
        <w:t>5. Film / Creative Work Details:</w:t>
      </w:r>
      <w:r w:rsidRPr="00E179CE">
        <w:rPr>
          <w:rFonts w:ascii="Calibri" w:hAnsi="Calibri" w:cs="Calibri"/>
          <w:b/>
          <w:bCs/>
        </w:rPr>
        <w:br/>
      </w:r>
      <w:r w:rsidRPr="00E179CE">
        <w:rPr>
          <w:rFonts w:ascii="Calibri" w:hAnsi="Calibri" w:cs="Calibri"/>
        </w:rPr>
        <w:t>A. Synopsis of the Film (Minimum 150 words) - Attach</w:t>
      </w:r>
      <w:r w:rsidRPr="00E179CE">
        <w:rPr>
          <w:rFonts w:ascii="Calibri" w:hAnsi="Calibri" w:cs="Calibri"/>
        </w:rPr>
        <w:br/>
        <w:t>B. About Director / Creator (Minimum 150 words) - Attach</w:t>
      </w:r>
      <w:r w:rsidRPr="00E179CE">
        <w:rPr>
          <w:rFonts w:ascii="Calibri" w:hAnsi="Calibri" w:cs="Calibri"/>
        </w:rPr>
        <w:br/>
      </w:r>
      <w:r w:rsidRPr="00E179CE">
        <w:rPr>
          <w:rFonts w:ascii="Calibri" w:hAnsi="Calibri" w:cs="Calibri"/>
        </w:rPr>
        <w:br/>
      </w:r>
      <w:r w:rsidRPr="00E179CE">
        <w:rPr>
          <w:rFonts w:ascii="Calibri" w:hAnsi="Calibri" w:cs="Calibri"/>
          <w:b/>
          <w:bCs/>
        </w:rPr>
        <w:t>6. Language Details:</w:t>
      </w:r>
      <w:r w:rsidRPr="00E179CE">
        <w:rPr>
          <w:rFonts w:ascii="Calibri" w:hAnsi="Calibri" w:cs="Calibri"/>
        </w:rPr>
        <w:br/>
        <w:t xml:space="preserve">English □ </w:t>
      </w:r>
      <w:r w:rsidRPr="00E179CE">
        <w:rPr>
          <w:rFonts w:ascii="Calibri" w:hAnsi="Calibri" w:cs="Calibri"/>
        </w:rPr>
        <w:tab/>
        <w:t xml:space="preserve">Hindi □ </w:t>
      </w:r>
      <w:r w:rsidRPr="00E179CE">
        <w:rPr>
          <w:rFonts w:ascii="Calibri" w:hAnsi="Calibri" w:cs="Calibri"/>
        </w:rPr>
        <w:tab/>
        <w:t>Other: __________</w:t>
      </w:r>
      <w:r w:rsidRPr="00E179CE">
        <w:rPr>
          <w:rFonts w:ascii="Calibri" w:hAnsi="Calibri" w:cs="Calibri"/>
        </w:rPr>
        <w:br/>
        <w:t xml:space="preserve">Subtitles: </w:t>
      </w:r>
      <w:r w:rsidRPr="00E179CE">
        <w:rPr>
          <w:rFonts w:ascii="Calibri" w:hAnsi="Calibri" w:cs="Calibri"/>
        </w:rPr>
        <w:tab/>
        <w:t xml:space="preserve">English □ </w:t>
      </w:r>
      <w:r w:rsidRPr="00E179CE">
        <w:rPr>
          <w:rFonts w:ascii="Calibri" w:hAnsi="Calibri" w:cs="Calibri"/>
        </w:rPr>
        <w:tab/>
        <w:t>Other □</w:t>
      </w:r>
      <w:r w:rsidRPr="00E179CE">
        <w:rPr>
          <w:rFonts w:ascii="Calibri" w:hAnsi="Calibri" w:cs="Calibri"/>
        </w:rPr>
        <w:br/>
      </w:r>
      <w:r w:rsidRPr="00E179CE">
        <w:rPr>
          <w:rFonts w:ascii="Calibri" w:hAnsi="Calibri" w:cs="Calibri"/>
        </w:rPr>
        <w:br/>
      </w:r>
      <w:r w:rsidRPr="00E179CE">
        <w:rPr>
          <w:rFonts w:ascii="Calibri" w:hAnsi="Calibri" w:cs="Calibri"/>
          <w:b/>
          <w:bCs/>
        </w:rPr>
        <w:t>7. Year of Production:</w:t>
      </w:r>
      <w:r w:rsidRPr="00E179CE">
        <w:rPr>
          <w:rFonts w:ascii="Calibri" w:hAnsi="Calibri" w:cs="Calibri"/>
        </w:rPr>
        <w:br/>
        <w:t xml:space="preserve">2024 □ </w:t>
      </w:r>
      <w:r w:rsidRPr="00E179CE">
        <w:rPr>
          <w:rFonts w:ascii="Calibri" w:hAnsi="Calibri" w:cs="Calibri"/>
        </w:rPr>
        <w:tab/>
        <w:t xml:space="preserve">2025 □ </w:t>
      </w:r>
      <w:r w:rsidRPr="00E179CE">
        <w:rPr>
          <w:rFonts w:ascii="Calibri" w:hAnsi="Calibri" w:cs="Calibri"/>
        </w:rPr>
        <w:tab/>
        <w:t xml:space="preserve">2026 □ </w:t>
      </w:r>
      <w:r w:rsidRPr="00E179CE">
        <w:rPr>
          <w:rFonts w:ascii="Calibri" w:hAnsi="Calibri" w:cs="Calibri"/>
        </w:rPr>
        <w:tab/>
        <w:t>2027 □</w:t>
      </w:r>
      <w:r w:rsidRPr="00E179CE">
        <w:rPr>
          <w:rFonts w:ascii="Calibri" w:hAnsi="Calibri" w:cs="Calibri"/>
        </w:rPr>
        <w:br/>
      </w:r>
      <w:r w:rsidRPr="00E179CE">
        <w:rPr>
          <w:rFonts w:ascii="Calibri" w:hAnsi="Calibri" w:cs="Calibri"/>
        </w:rPr>
        <w:br/>
      </w:r>
      <w:r w:rsidRPr="00E179CE">
        <w:rPr>
          <w:rFonts w:ascii="Calibri" w:hAnsi="Calibri" w:cs="Calibri"/>
          <w:b/>
          <w:bCs/>
        </w:rPr>
        <w:t>8. Submission Category:</w:t>
      </w:r>
      <w:r w:rsidRPr="00E179CE">
        <w:rPr>
          <w:rFonts w:ascii="Calibri" w:hAnsi="Calibri" w:cs="Calibri"/>
        </w:rPr>
        <w:br/>
      </w:r>
    </w:p>
    <w:p w14:paraId="720A3F5D" w14:textId="77777777" w:rsidR="001E5DB8" w:rsidRPr="00E179CE" w:rsidRDefault="001E5DB8" w:rsidP="001E5DB8">
      <w:pPr>
        <w:rPr>
          <w:rFonts w:ascii="Calibri" w:hAnsi="Calibri" w:cs="Calibri"/>
        </w:rPr>
      </w:pPr>
      <w:r w:rsidRPr="00E179CE">
        <w:rPr>
          <w:rFonts w:ascii="Calibri" w:hAnsi="Calibri" w:cs="Calibri"/>
        </w:rPr>
        <w:t>AI Feature Film □</w:t>
      </w:r>
      <w:r w:rsidRPr="00E179CE">
        <w:rPr>
          <w:rFonts w:ascii="Calibri" w:hAnsi="Calibri" w:cs="Calibri"/>
        </w:rPr>
        <w:tab/>
        <w:t>AI Short Film □</w:t>
      </w:r>
      <w:r w:rsidRPr="00E179CE">
        <w:rPr>
          <w:rFonts w:ascii="Calibri" w:hAnsi="Calibri" w:cs="Calibri"/>
        </w:rPr>
        <w:tab/>
      </w:r>
      <w:r w:rsidRPr="00E179CE">
        <w:rPr>
          <w:rFonts w:ascii="Calibri" w:hAnsi="Calibri" w:cs="Calibri"/>
        </w:rPr>
        <w:tab/>
        <w:t>AI Micro Film □</w:t>
      </w:r>
      <w:r w:rsidRPr="00E179CE">
        <w:rPr>
          <w:rFonts w:ascii="Calibri" w:hAnsi="Calibri" w:cs="Calibri"/>
        </w:rPr>
        <w:br/>
      </w:r>
    </w:p>
    <w:p w14:paraId="0E2DD5EA" w14:textId="77777777" w:rsidR="001E5DB8" w:rsidRPr="00E179CE" w:rsidRDefault="001E5DB8" w:rsidP="001E5DB8">
      <w:pPr>
        <w:rPr>
          <w:rFonts w:ascii="Calibri" w:hAnsi="Calibri" w:cs="Calibri"/>
        </w:rPr>
      </w:pPr>
      <w:r w:rsidRPr="00E179CE">
        <w:rPr>
          <w:rFonts w:ascii="Calibri" w:hAnsi="Calibri" w:cs="Calibri"/>
        </w:rPr>
        <w:lastRenderedPageBreak/>
        <w:t>AI Documentary Film □</w:t>
      </w:r>
      <w:r w:rsidRPr="00E179CE">
        <w:rPr>
          <w:rFonts w:ascii="Calibri" w:hAnsi="Calibri" w:cs="Calibri"/>
        </w:rPr>
        <w:tab/>
        <w:t>AI Animation Film □</w:t>
      </w:r>
      <w:r w:rsidRPr="00E179CE">
        <w:rPr>
          <w:rFonts w:ascii="Calibri" w:hAnsi="Calibri" w:cs="Calibri"/>
        </w:rPr>
        <w:tab/>
      </w:r>
      <w:r w:rsidRPr="00E179CE">
        <w:rPr>
          <w:rFonts w:ascii="Calibri" w:hAnsi="Calibri" w:cs="Calibri"/>
        </w:rPr>
        <w:tab/>
        <w:t>AI Experimental Film □</w:t>
      </w:r>
      <w:r w:rsidRPr="00E179CE">
        <w:rPr>
          <w:rFonts w:ascii="Calibri" w:hAnsi="Calibri" w:cs="Calibri"/>
        </w:rPr>
        <w:br/>
      </w:r>
    </w:p>
    <w:p w14:paraId="0F7420B1" w14:textId="77777777" w:rsidR="001E5DB8" w:rsidRPr="00E179CE" w:rsidRDefault="001E5DB8" w:rsidP="001E5DB8">
      <w:pPr>
        <w:rPr>
          <w:rFonts w:ascii="Calibri" w:hAnsi="Calibri" w:cs="Calibri"/>
        </w:rPr>
      </w:pPr>
      <w:r w:rsidRPr="00E179CE">
        <w:rPr>
          <w:rFonts w:ascii="Calibri" w:hAnsi="Calibri" w:cs="Calibri"/>
        </w:rPr>
        <w:t>AI Music Video □</w:t>
      </w:r>
      <w:r w:rsidRPr="00E179CE">
        <w:rPr>
          <w:rFonts w:ascii="Calibri" w:hAnsi="Calibri" w:cs="Calibri"/>
        </w:rPr>
        <w:tab/>
        <w:t>AI Advertisement / Brand Film □</w:t>
      </w:r>
      <w:r w:rsidRPr="00E179CE">
        <w:rPr>
          <w:rFonts w:ascii="Calibri" w:hAnsi="Calibri" w:cs="Calibri"/>
        </w:rPr>
        <w:br/>
      </w:r>
    </w:p>
    <w:p w14:paraId="7516DFFE" w14:textId="77777777" w:rsidR="001E5DB8" w:rsidRPr="00E179CE" w:rsidRDefault="001E5DB8" w:rsidP="001E5DB8">
      <w:pPr>
        <w:rPr>
          <w:rFonts w:ascii="Calibri" w:hAnsi="Calibri" w:cs="Calibri"/>
        </w:rPr>
      </w:pPr>
      <w:r w:rsidRPr="00E179CE">
        <w:rPr>
          <w:rFonts w:ascii="Calibri" w:hAnsi="Calibri" w:cs="Calibri"/>
        </w:rPr>
        <w:t>Best AI Screenplay / Story Concept □</w:t>
      </w:r>
      <w:r w:rsidRPr="00E179CE">
        <w:rPr>
          <w:rFonts w:ascii="Calibri" w:hAnsi="Calibri" w:cs="Calibri"/>
        </w:rPr>
        <w:tab/>
      </w:r>
      <w:r w:rsidRPr="00E179CE">
        <w:rPr>
          <w:rFonts w:ascii="Calibri" w:hAnsi="Calibri" w:cs="Calibri"/>
        </w:rPr>
        <w:tab/>
        <w:t>Best AI Character Creation □</w:t>
      </w:r>
      <w:r w:rsidRPr="00E179CE">
        <w:rPr>
          <w:rFonts w:ascii="Calibri" w:hAnsi="Calibri" w:cs="Calibri"/>
        </w:rPr>
        <w:br/>
      </w:r>
    </w:p>
    <w:p w14:paraId="099C0E3C" w14:textId="77777777" w:rsidR="001E5DB8" w:rsidRPr="00E179CE" w:rsidRDefault="001E5DB8" w:rsidP="001E5DB8">
      <w:pPr>
        <w:rPr>
          <w:rFonts w:ascii="Calibri" w:hAnsi="Calibri" w:cs="Calibri"/>
        </w:rPr>
      </w:pPr>
      <w:r w:rsidRPr="00E179CE">
        <w:rPr>
          <w:rFonts w:ascii="Calibri" w:hAnsi="Calibri" w:cs="Calibri"/>
        </w:rPr>
        <w:t>Best AI Visual Effects &amp; Virtual Production □</w:t>
      </w:r>
      <w:r w:rsidRPr="00E179CE">
        <w:rPr>
          <w:rFonts w:ascii="Calibri" w:hAnsi="Calibri" w:cs="Calibri"/>
        </w:rPr>
        <w:br/>
      </w:r>
    </w:p>
    <w:p w14:paraId="42DACA1F" w14:textId="77777777" w:rsidR="001E5DB8" w:rsidRPr="00E179CE" w:rsidRDefault="001E5DB8" w:rsidP="001E5DB8">
      <w:pPr>
        <w:rPr>
          <w:rFonts w:ascii="Calibri" w:hAnsi="Calibri" w:cs="Calibri"/>
        </w:rPr>
      </w:pPr>
      <w:r w:rsidRPr="00E179CE">
        <w:rPr>
          <w:rFonts w:ascii="Calibri" w:hAnsi="Calibri" w:cs="Calibri"/>
        </w:rPr>
        <w:t>Best AI Cinematic Artwork / Poster Design □</w:t>
      </w:r>
      <w:r w:rsidRPr="00E179CE">
        <w:rPr>
          <w:rFonts w:ascii="Calibri" w:hAnsi="Calibri" w:cs="Calibri"/>
        </w:rPr>
        <w:br/>
      </w:r>
    </w:p>
    <w:p w14:paraId="5E88D530" w14:textId="77777777" w:rsidR="001E5DB8" w:rsidRPr="00E179CE" w:rsidRDefault="001E5DB8" w:rsidP="001E5DB8">
      <w:pPr>
        <w:rPr>
          <w:rFonts w:ascii="Calibri" w:hAnsi="Calibri" w:cs="Calibri"/>
        </w:rPr>
      </w:pPr>
      <w:r w:rsidRPr="00E179CE">
        <w:rPr>
          <w:rFonts w:ascii="Calibri" w:hAnsi="Calibri" w:cs="Calibri"/>
        </w:rPr>
        <w:t>Best AI Sound &amp; Music Design □</w:t>
      </w:r>
      <w:r w:rsidRPr="00E179CE">
        <w:rPr>
          <w:rFonts w:ascii="Calibri" w:hAnsi="Calibri" w:cs="Calibri"/>
        </w:rPr>
        <w:tab/>
        <w:t>AI Student Film Award □</w:t>
      </w:r>
      <w:r w:rsidRPr="00E179CE">
        <w:rPr>
          <w:rFonts w:ascii="Calibri" w:hAnsi="Calibri" w:cs="Calibri"/>
        </w:rPr>
        <w:tab/>
      </w:r>
      <w:r w:rsidRPr="00E179CE">
        <w:rPr>
          <w:rFonts w:ascii="Calibri" w:hAnsi="Calibri" w:cs="Calibri"/>
        </w:rPr>
        <w:br/>
      </w:r>
    </w:p>
    <w:p w14:paraId="426768AE" w14:textId="77777777" w:rsidR="001E5DB8" w:rsidRPr="00E179CE" w:rsidRDefault="001E5DB8" w:rsidP="001E5DB8">
      <w:pPr>
        <w:rPr>
          <w:rFonts w:ascii="Calibri" w:hAnsi="Calibri" w:cs="Calibri"/>
          <w:b/>
          <w:bCs/>
        </w:rPr>
      </w:pPr>
      <w:r w:rsidRPr="00E179CE">
        <w:rPr>
          <w:rFonts w:ascii="Calibri" w:hAnsi="Calibri" w:cs="Calibri"/>
        </w:rPr>
        <w:t>Future Cinema Award □</w:t>
      </w:r>
      <w:r w:rsidRPr="00E179CE">
        <w:rPr>
          <w:rFonts w:ascii="Calibri" w:hAnsi="Calibri" w:cs="Calibri"/>
        </w:rPr>
        <w:br/>
      </w:r>
      <w:r w:rsidRPr="00E179CE">
        <w:rPr>
          <w:rFonts w:ascii="Calibri" w:hAnsi="Calibri" w:cs="Calibri"/>
        </w:rPr>
        <w:br/>
      </w:r>
      <w:r w:rsidRPr="00E179CE">
        <w:rPr>
          <w:rFonts w:ascii="Calibri" w:hAnsi="Calibri" w:cs="Calibri"/>
          <w:b/>
          <w:bCs/>
        </w:rPr>
        <w:t>9. AI Technology Details:</w:t>
      </w:r>
      <w:r w:rsidRPr="00E179CE">
        <w:rPr>
          <w:rFonts w:ascii="Calibri" w:hAnsi="Calibri" w:cs="Calibri"/>
        </w:rPr>
        <w:br/>
        <w:t>AI Tools / Platforms Used:</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AI Contribution:</w:t>
      </w:r>
      <w:r w:rsidRPr="00E179CE">
        <w:rPr>
          <w:rFonts w:ascii="Calibri" w:hAnsi="Calibri" w:cs="Calibri"/>
        </w:rPr>
        <w:br/>
        <w:t xml:space="preserve">Story □ </w:t>
      </w:r>
      <w:r w:rsidRPr="00E179CE">
        <w:rPr>
          <w:rFonts w:ascii="Calibri" w:hAnsi="Calibri" w:cs="Calibri"/>
        </w:rPr>
        <w:tab/>
        <w:t xml:space="preserve">Script □ </w:t>
      </w:r>
      <w:r w:rsidRPr="00E179CE">
        <w:rPr>
          <w:rFonts w:ascii="Calibri" w:hAnsi="Calibri" w:cs="Calibri"/>
        </w:rPr>
        <w:tab/>
      </w:r>
      <w:r w:rsidRPr="00E179CE">
        <w:rPr>
          <w:rFonts w:ascii="Calibri" w:hAnsi="Calibri" w:cs="Calibri"/>
        </w:rPr>
        <w:tab/>
        <w:t xml:space="preserve">Image □ </w:t>
      </w:r>
      <w:r w:rsidRPr="00E179CE">
        <w:rPr>
          <w:rFonts w:ascii="Calibri" w:hAnsi="Calibri" w:cs="Calibri"/>
        </w:rPr>
        <w:tab/>
      </w:r>
      <w:r w:rsidRPr="00E179CE">
        <w:rPr>
          <w:rFonts w:ascii="Calibri" w:hAnsi="Calibri" w:cs="Calibri"/>
        </w:rPr>
        <w:tab/>
        <w:t xml:space="preserve">Video □ </w:t>
      </w:r>
      <w:r w:rsidRPr="00E179CE">
        <w:rPr>
          <w:rFonts w:ascii="Calibri" w:hAnsi="Calibri" w:cs="Calibri"/>
        </w:rPr>
        <w:tab/>
        <w:t xml:space="preserve">Animation □ VFX □ </w:t>
      </w:r>
      <w:r w:rsidRPr="00E179CE">
        <w:rPr>
          <w:rFonts w:ascii="Calibri" w:hAnsi="Calibri" w:cs="Calibri"/>
        </w:rPr>
        <w:tab/>
      </w:r>
      <w:r w:rsidRPr="00E179CE">
        <w:rPr>
          <w:rFonts w:ascii="Calibri" w:hAnsi="Calibri" w:cs="Calibri"/>
        </w:rPr>
        <w:tab/>
        <w:t xml:space="preserve">Editing □ </w:t>
      </w:r>
      <w:r w:rsidRPr="00E179CE">
        <w:rPr>
          <w:rFonts w:ascii="Calibri" w:hAnsi="Calibri" w:cs="Calibri"/>
        </w:rPr>
        <w:tab/>
      </w:r>
      <w:r w:rsidRPr="00E179CE">
        <w:rPr>
          <w:rFonts w:ascii="Calibri" w:hAnsi="Calibri" w:cs="Calibri"/>
        </w:rPr>
        <w:tab/>
        <w:t xml:space="preserve">Music □ </w:t>
      </w:r>
      <w:r w:rsidRPr="00E179CE">
        <w:rPr>
          <w:rFonts w:ascii="Calibri" w:hAnsi="Calibri" w:cs="Calibri"/>
        </w:rPr>
        <w:tab/>
      </w:r>
      <w:r w:rsidRPr="00E179CE">
        <w:rPr>
          <w:rFonts w:ascii="Calibri" w:hAnsi="Calibri" w:cs="Calibri"/>
        </w:rPr>
        <w:tab/>
        <w:t>Character Creation □</w:t>
      </w:r>
      <w:r w:rsidRPr="00E179CE">
        <w:rPr>
          <w:rFonts w:ascii="Calibri" w:hAnsi="Calibri" w:cs="Calibri"/>
        </w:rPr>
        <w:br/>
      </w:r>
      <w:r w:rsidRPr="00E179CE">
        <w:rPr>
          <w:rFonts w:ascii="Calibri" w:hAnsi="Calibri" w:cs="Calibri"/>
        </w:rPr>
        <w:br/>
      </w:r>
      <w:r w:rsidRPr="00E179CE">
        <w:rPr>
          <w:rFonts w:ascii="Calibri" w:hAnsi="Calibri" w:cs="Calibri"/>
          <w:b/>
          <w:bCs/>
        </w:rPr>
        <w:t>10. Production Details:</w:t>
      </w:r>
      <w:r w:rsidRPr="00E179CE">
        <w:rPr>
          <w:rFonts w:ascii="Calibri" w:hAnsi="Calibri" w:cs="Calibri"/>
        </w:rPr>
        <w:br/>
        <w:t>Creation Tools:</w:t>
      </w:r>
      <w:r w:rsidRPr="00E179CE">
        <w:rPr>
          <w:rFonts w:ascii="Calibri" w:hAnsi="Calibri" w:cs="Calibri"/>
        </w:rPr>
        <w:br/>
        <w:t>Duration:</w:t>
      </w:r>
      <w:r w:rsidRPr="00E179CE">
        <w:rPr>
          <w:rFonts w:ascii="Calibri" w:hAnsi="Calibri" w:cs="Calibri"/>
        </w:rPr>
        <w:br/>
        <w:t>Format:</w:t>
      </w:r>
      <w:r w:rsidRPr="00E179CE">
        <w:rPr>
          <w:rFonts w:ascii="Calibri" w:hAnsi="Calibri" w:cs="Calibri"/>
        </w:rPr>
        <w:br/>
      </w:r>
      <w:r w:rsidRPr="00E179CE">
        <w:rPr>
          <w:rFonts w:ascii="Calibri" w:hAnsi="Calibri" w:cs="Calibri"/>
        </w:rPr>
        <w:br/>
      </w:r>
      <w:r w:rsidRPr="00E179CE">
        <w:rPr>
          <w:rFonts w:ascii="Calibri" w:hAnsi="Calibri" w:cs="Calibri"/>
          <w:b/>
          <w:bCs/>
        </w:rPr>
        <w:t>11. Credits &amp; Team Details:</w:t>
      </w:r>
      <w:r w:rsidRPr="00E179CE">
        <w:rPr>
          <w:rFonts w:ascii="Calibri" w:hAnsi="Calibri" w:cs="Calibri"/>
        </w:rPr>
        <w:br/>
        <w:t>Director:</w:t>
      </w:r>
      <w:r w:rsidRPr="00E179CE">
        <w:rPr>
          <w:rFonts w:ascii="Calibri" w:hAnsi="Calibri" w:cs="Calibri"/>
        </w:rPr>
        <w:br/>
        <w:t>Producer:</w:t>
      </w:r>
      <w:r w:rsidRPr="00E179CE">
        <w:rPr>
          <w:rFonts w:ascii="Calibri" w:hAnsi="Calibri" w:cs="Calibri"/>
        </w:rPr>
        <w:br/>
        <w:t>Writer:</w:t>
      </w:r>
      <w:r w:rsidRPr="00E179CE">
        <w:rPr>
          <w:rFonts w:ascii="Calibri" w:hAnsi="Calibri" w:cs="Calibri"/>
        </w:rPr>
        <w:br/>
        <w:t>AI Artist / Creator:</w:t>
      </w:r>
      <w:r w:rsidRPr="00E179CE">
        <w:rPr>
          <w:rFonts w:ascii="Calibri" w:hAnsi="Calibri" w:cs="Calibri"/>
        </w:rPr>
        <w:br/>
        <w:t>Cast / Voice Artists:</w:t>
      </w:r>
      <w:r w:rsidRPr="00E179CE">
        <w:rPr>
          <w:rFonts w:ascii="Calibri" w:hAnsi="Calibri" w:cs="Calibri"/>
        </w:rPr>
        <w:br/>
      </w:r>
      <w:r w:rsidRPr="00E179CE">
        <w:rPr>
          <w:rFonts w:ascii="Calibri" w:hAnsi="Calibri" w:cs="Calibri"/>
        </w:rPr>
        <w:br/>
      </w:r>
      <w:r w:rsidRPr="00E179CE">
        <w:rPr>
          <w:rFonts w:ascii="Calibri" w:hAnsi="Calibri" w:cs="Calibri"/>
          <w:b/>
          <w:bCs/>
        </w:rPr>
        <w:t>12. Collaboration Details:</w:t>
      </w:r>
      <w:r w:rsidRPr="00E179CE">
        <w:rPr>
          <w:rFonts w:ascii="Calibri" w:hAnsi="Calibri" w:cs="Calibri"/>
        </w:rPr>
        <w:br/>
        <w:t xml:space="preserve">Independent Production □ </w:t>
      </w:r>
      <w:r w:rsidRPr="00E179CE">
        <w:rPr>
          <w:rFonts w:ascii="Calibri" w:hAnsi="Calibri" w:cs="Calibri"/>
        </w:rPr>
        <w:tab/>
      </w:r>
      <w:r w:rsidRPr="00E179CE">
        <w:rPr>
          <w:rFonts w:ascii="Calibri" w:hAnsi="Calibri" w:cs="Calibri"/>
        </w:rPr>
        <w:tab/>
        <w:t xml:space="preserve">Crowdfunding □ </w:t>
      </w:r>
      <w:r w:rsidRPr="00E179CE">
        <w:rPr>
          <w:rFonts w:ascii="Calibri" w:hAnsi="Calibri" w:cs="Calibri"/>
        </w:rPr>
        <w:tab/>
      </w:r>
      <w:r w:rsidRPr="00E179CE">
        <w:rPr>
          <w:rFonts w:ascii="Calibri" w:hAnsi="Calibri" w:cs="Calibri"/>
        </w:rPr>
        <w:tab/>
        <w:t>Co-Production □         AI Technology Partnership □</w:t>
      </w:r>
      <w:r w:rsidRPr="00E179CE">
        <w:rPr>
          <w:rFonts w:ascii="Calibri" w:hAnsi="Calibri" w:cs="Calibri"/>
        </w:rPr>
        <w:br/>
      </w:r>
      <w:r w:rsidRPr="00E179CE">
        <w:rPr>
          <w:rFonts w:ascii="Calibri" w:hAnsi="Calibri" w:cs="Calibri"/>
        </w:rPr>
        <w:br/>
      </w:r>
      <w:r w:rsidRPr="00E179CE">
        <w:rPr>
          <w:rFonts w:ascii="Calibri" w:hAnsi="Calibri" w:cs="Calibri"/>
          <w:b/>
          <w:bCs/>
        </w:rPr>
        <w:lastRenderedPageBreak/>
        <w:t>13. Festival Screening History:</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14. Awards &amp; Recognition:</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15. Creation Location / Country:</w:t>
      </w:r>
      <w:r w:rsidRPr="00E179CE">
        <w:rPr>
          <w:rFonts w:ascii="Calibri" w:hAnsi="Calibri" w:cs="Calibri"/>
        </w:rPr>
        <w:br/>
        <w:t>____________________________</w:t>
      </w:r>
      <w:r w:rsidRPr="00E179CE">
        <w:rPr>
          <w:rFonts w:ascii="Calibri" w:hAnsi="Calibri" w:cs="Calibri"/>
        </w:rPr>
        <w:br/>
      </w:r>
      <w:r w:rsidRPr="00E179CE">
        <w:rPr>
          <w:rFonts w:ascii="Calibri" w:hAnsi="Calibri" w:cs="Calibri"/>
        </w:rPr>
        <w:br/>
      </w:r>
      <w:r w:rsidRPr="00E179CE">
        <w:rPr>
          <w:rFonts w:ascii="Calibri" w:hAnsi="Calibri" w:cs="Calibri"/>
          <w:b/>
          <w:bCs/>
        </w:rPr>
        <w:t>16. Ethical AI Declaration:</w:t>
      </w:r>
      <w:r w:rsidRPr="00E179CE">
        <w:rPr>
          <w:rFonts w:ascii="Calibri" w:hAnsi="Calibri" w:cs="Calibri"/>
        </w:rPr>
        <w:br/>
        <w:t>I confirm that the submitted work is original and AI tools have been used responsibly.</w:t>
      </w:r>
      <w:r w:rsidRPr="00E179CE">
        <w:rPr>
          <w:rFonts w:ascii="Calibri" w:hAnsi="Calibri" w:cs="Calibri"/>
        </w:rPr>
        <w:br/>
      </w:r>
      <w:r w:rsidRPr="00E179CE">
        <w:rPr>
          <w:rFonts w:ascii="Calibri" w:hAnsi="Calibri" w:cs="Calibri"/>
        </w:rPr>
        <w:br/>
      </w:r>
      <w:r w:rsidRPr="00E179CE">
        <w:rPr>
          <w:rFonts w:ascii="Calibri" w:hAnsi="Calibri" w:cs="Calibri"/>
          <w:b/>
          <w:bCs/>
        </w:rPr>
        <w:t xml:space="preserve">                             </w:t>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p>
    <w:p w14:paraId="1427B7AD" w14:textId="77777777" w:rsidR="001E5DB8" w:rsidRPr="00E179CE" w:rsidRDefault="001E5DB8" w:rsidP="001E5DB8">
      <w:pPr>
        <w:rPr>
          <w:rFonts w:ascii="Calibri" w:hAnsi="Calibri" w:cs="Calibri"/>
          <w:b/>
          <w:bCs/>
        </w:rPr>
      </w:pPr>
    </w:p>
    <w:p w14:paraId="52BE20DE" w14:textId="77777777" w:rsidR="001E5DB8" w:rsidRPr="00E179CE" w:rsidRDefault="001E5DB8" w:rsidP="001E5DB8">
      <w:pPr>
        <w:ind w:firstLine="720"/>
        <w:rPr>
          <w:rFonts w:ascii="Calibri" w:hAnsi="Calibri" w:cs="Calibri"/>
          <w:b/>
          <w:bCs/>
        </w:rPr>
      </w:pPr>
      <w:r w:rsidRPr="00E179CE">
        <w:rPr>
          <w:rFonts w:ascii="Calibri" w:hAnsi="Calibri" w:cs="Calibri"/>
          <w:b/>
          <w:bCs/>
        </w:rPr>
        <w:t xml:space="preserve">             </w:t>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r>
      <w:r w:rsidRPr="00E179CE">
        <w:rPr>
          <w:rFonts w:ascii="Calibri" w:hAnsi="Calibri" w:cs="Calibri"/>
          <w:b/>
          <w:bCs/>
        </w:rPr>
        <w:tab/>
        <w:t>Signature:</w:t>
      </w:r>
    </w:p>
    <w:p w14:paraId="62FFC741" w14:textId="77777777" w:rsidR="001E5DB8" w:rsidRPr="00E179CE" w:rsidRDefault="001E5DB8" w:rsidP="001E5DB8">
      <w:pPr>
        <w:ind w:firstLine="720"/>
        <w:rPr>
          <w:rFonts w:ascii="Calibri" w:hAnsi="Calibri" w:cs="Calibri"/>
        </w:rPr>
      </w:pPr>
      <w:r w:rsidRPr="00E179CE">
        <w:rPr>
          <w:rFonts w:ascii="Calibri" w:hAnsi="Calibri" w:cs="Calibri"/>
        </w:rPr>
        <w:br/>
        <w:t>Date:</w:t>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t>Name &amp; Designation:</w:t>
      </w:r>
      <w:r w:rsidRPr="00E179CE">
        <w:rPr>
          <w:rFonts w:ascii="Calibri" w:hAnsi="Calibri" w:cs="Calibri"/>
        </w:rPr>
        <w:br/>
        <w:t>Place:</w:t>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r>
      <w:r w:rsidRPr="00E179CE">
        <w:rPr>
          <w:rFonts w:ascii="Calibri" w:hAnsi="Calibri" w:cs="Calibri"/>
        </w:rPr>
        <w:tab/>
        <w:t>Official Stamp/Seal (If any):</w:t>
      </w:r>
      <w:r w:rsidRPr="00E179CE">
        <w:rPr>
          <w:rFonts w:ascii="Calibri" w:hAnsi="Calibri" w:cs="Calibri"/>
        </w:rPr>
        <w:br/>
      </w:r>
      <w:r w:rsidRPr="00E179CE">
        <w:rPr>
          <w:rFonts w:ascii="Calibri" w:hAnsi="Calibri" w:cs="Calibri"/>
        </w:rPr>
        <w:br/>
      </w:r>
    </w:p>
    <w:p w14:paraId="098BE3F4" w14:textId="77777777" w:rsidR="001E5DB8" w:rsidRPr="00E179CE" w:rsidRDefault="001E5DB8" w:rsidP="001E5DB8">
      <w:pPr>
        <w:rPr>
          <w:rFonts w:ascii="Calibri" w:hAnsi="Calibri" w:cs="Calibri"/>
        </w:rPr>
      </w:pPr>
    </w:p>
    <w:p w14:paraId="56B4CB3A" w14:textId="77777777" w:rsidR="001E5DB8" w:rsidRPr="00E179CE" w:rsidRDefault="001E5DB8" w:rsidP="001E5DB8">
      <w:pPr>
        <w:rPr>
          <w:rFonts w:ascii="Calibri" w:hAnsi="Calibri" w:cs="Calibri"/>
        </w:rPr>
      </w:pPr>
    </w:p>
    <w:p w14:paraId="70E543C3" w14:textId="77777777" w:rsidR="001E5DB8" w:rsidRPr="00E179CE" w:rsidRDefault="001E5DB8" w:rsidP="001E5DB8">
      <w:pPr>
        <w:rPr>
          <w:rFonts w:ascii="Calibri" w:hAnsi="Calibri" w:cs="Calibri"/>
        </w:rPr>
      </w:pPr>
    </w:p>
    <w:p w14:paraId="26658BEC" w14:textId="77777777" w:rsidR="001E5DB8" w:rsidRPr="00E179CE" w:rsidRDefault="001E5DB8" w:rsidP="001E5DB8">
      <w:pPr>
        <w:rPr>
          <w:rFonts w:ascii="Calibri" w:hAnsi="Calibri" w:cs="Calibri"/>
        </w:rPr>
      </w:pPr>
    </w:p>
    <w:p w14:paraId="20B5AEC8" w14:textId="77777777" w:rsidR="001E5DB8" w:rsidRPr="00E179CE" w:rsidRDefault="001E5DB8" w:rsidP="001E5DB8">
      <w:pPr>
        <w:rPr>
          <w:rFonts w:ascii="Calibri" w:hAnsi="Calibri" w:cs="Calibri"/>
        </w:rPr>
      </w:pPr>
    </w:p>
    <w:p w14:paraId="74FF0485" w14:textId="77777777" w:rsidR="001E5DB8" w:rsidRPr="00E179CE" w:rsidRDefault="001E5DB8" w:rsidP="001E5DB8">
      <w:pPr>
        <w:rPr>
          <w:rFonts w:ascii="Calibri" w:hAnsi="Calibri" w:cs="Calibri"/>
        </w:rPr>
      </w:pPr>
    </w:p>
    <w:p w14:paraId="765D68A9" w14:textId="77777777" w:rsidR="001E5DB8" w:rsidRPr="00E179CE" w:rsidRDefault="001E5DB8" w:rsidP="001E5DB8">
      <w:pPr>
        <w:rPr>
          <w:rFonts w:ascii="Calibri" w:hAnsi="Calibri" w:cs="Calibri"/>
        </w:rPr>
      </w:pPr>
    </w:p>
    <w:p w14:paraId="78850F75" w14:textId="77777777" w:rsidR="001E5DB8" w:rsidRPr="00E179CE" w:rsidRDefault="001E5DB8" w:rsidP="001E5DB8">
      <w:pPr>
        <w:rPr>
          <w:rFonts w:ascii="Calibri" w:hAnsi="Calibri" w:cs="Calibri"/>
        </w:rPr>
      </w:pPr>
    </w:p>
    <w:p w14:paraId="23AEE348" w14:textId="77777777" w:rsidR="001E5DB8" w:rsidRPr="00E179CE" w:rsidRDefault="001E5DB8" w:rsidP="001E5DB8">
      <w:pPr>
        <w:rPr>
          <w:rFonts w:ascii="Calibri" w:hAnsi="Calibri" w:cs="Calibri"/>
        </w:rPr>
      </w:pPr>
    </w:p>
    <w:p w14:paraId="07520AAA" w14:textId="77777777" w:rsidR="001E5DB8" w:rsidRPr="00E179CE" w:rsidRDefault="001E5DB8" w:rsidP="001E5DB8">
      <w:pPr>
        <w:rPr>
          <w:rFonts w:ascii="Calibri" w:hAnsi="Calibri" w:cs="Calibri"/>
        </w:rPr>
      </w:pPr>
    </w:p>
    <w:p w14:paraId="716FD680" w14:textId="77777777" w:rsidR="001E5DB8" w:rsidRPr="00E179CE" w:rsidRDefault="001E5DB8" w:rsidP="001E5DB8">
      <w:pPr>
        <w:rPr>
          <w:rFonts w:ascii="Calibri" w:hAnsi="Calibri" w:cs="Calibri"/>
        </w:rPr>
      </w:pPr>
    </w:p>
    <w:p w14:paraId="6A84D5EC" w14:textId="77777777" w:rsidR="001E5DB8" w:rsidRPr="00E179CE" w:rsidRDefault="001E5DB8" w:rsidP="001E5DB8">
      <w:pPr>
        <w:rPr>
          <w:rFonts w:ascii="Calibri" w:hAnsi="Calibri" w:cs="Calibri"/>
        </w:rPr>
      </w:pPr>
    </w:p>
    <w:p w14:paraId="050FAE75" w14:textId="77777777" w:rsidR="001E5DB8" w:rsidRPr="00E179CE" w:rsidRDefault="001E5DB8" w:rsidP="001E5DB8">
      <w:pPr>
        <w:pStyle w:val="Heading1"/>
        <w:jc w:val="center"/>
        <w:rPr>
          <w:rFonts w:ascii="Calibri" w:hAnsi="Calibri" w:cs="Calibri"/>
        </w:rPr>
      </w:pPr>
      <w:r w:rsidRPr="00E179CE">
        <w:rPr>
          <w:rFonts w:ascii="Calibri" w:hAnsi="Calibri" w:cs="Calibri"/>
          <w:noProof/>
        </w:rPr>
        <w:lastRenderedPageBreak/>
        <w:drawing>
          <wp:inline distT="0" distB="0" distL="0" distR="0" wp14:anchorId="74BDE17D" wp14:editId="33806E33">
            <wp:extent cx="2178657" cy="1647105"/>
            <wp:effectExtent l="0" t="0" r="0" b="0"/>
            <wp:docPr id="180428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675" cy="1650143"/>
                    </a:xfrm>
                    <a:prstGeom prst="rect">
                      <a:avLst/>
                    </a:prstGeom>
                    <a:noFill/>
                    <a:ln>
                      <a:noFill/>
                    </a:ln>
                  </pic:spPr>
                </pic:pic>
              </a:graphicData>
            </a:graphic>
          </wp:inline>
        </w:drawing>
      </w:r>
    </w:p>
    <w:p w14:paraId="45A46B50" w14:textId="77777777" w:rsidR="001E5DB8" w:rsidRPr="00E179CE" w:rsidRDefault="001E5DB8" w:rsidP="001E5DB8">
      <w:pPr>
        <w:pStyle w:val="Heading1"/>
        <w:jc w:val="center"/>
        <w:rPr>
          <w:rFonts w:ascii="Calibri" w:hAnsi="Calibri" w:cs="Calibri"/>
        </w:rPr>
      </w:pPr>
      <w:r w:rsidRPr="00E179CE">
        <w:rPr>
          <w:rFonts w:ascii="Calibri" w:hAnsi="Calibri" w:cs="Calibri"/>
        </w:rPr>
        <w:t>WORLD AI CINEMA &amp; CREATIVITY FESTIVAL (WAICF) – INDIA</w:t>
      </w:r>
    </w:p>
    <w:p w14:paraId="4FB5A75D" w14:textId="77777777" w:rsidR="001E5DB8" w:rsidRPr="00E179CE" w:rsidRDefault="001E5DB8" w:rsidP="001E5DB8">
      <w:pPr>
        <w:jc w:val="center"/>
        <w:rPr>
          <w:rFonts w:ascii="Calibri" w:hAnsi="Calibri" w:cs="Calibri"/>
        </w:rPr>
      </w:pPr>
      <w:r w:rsidRPr="00E179CE">
        <w:rPr>
          <w:rFonts w:ascii="Calibri" w:hAnsi="Calibri" w:cs="Calibri"/>
        </w:rPr>
        <w:t>Where Human Creativity and Artificial Intelligence Unite!</w:t>
      </w:r>
      <w:r w:rsidRPr="00E179CE">
        <w:rPr>
          <w:rFonts w:ascii="Calibri" w:hAnsi="Calibri" w:cs="Calibri"/>
        </w:rPr>
        <w:br/>
        <w:t>World's First Complete Cinema Ecosystem — From Traditional Cinema to AI Cinema</w:t>
      </w:r>
    </w:p>
    <w:p w14:paraId="06E289AF" w14:textId="77777777" w:rsidR="001E5DB8" w:rsidRPr="00E179CE" w:rsidRDefault="001E5DB8" w:rsidP="001E5DB8">
      <w:pPr>
        <w:rPr>
          <w:rFonts w:ascii="Calibri" w:hAnsi="Calibri" w:cs="Calibri"/>
        </w:rPr>
      </w:pPr>
    </w:p>
    <w:p w14:paraId="3BC8AB75" w14:textId="77777777" w:rsidR="001E5DB8" w:rsidRPr="00E179CE" w:rsidRDefault="001E5DB8" w:rsidP="001E5DB8">
      <w:pPr>
        <w:rPr>
          <w:rFonts w:ascii="Calibri" w:hAnsi="Calibri" w:cs="Calibri"/>
          <w:b/>
          <w:bCs/>
        </w:rPr>
      </w:pPr>
      <w:r w:rsidRPr="00E179CE">
        <w:rPr>
          <w:rFonts w:ascii="Calibri" w:hAnsi="Calibri" w:cs="Calibri"/>
          <w:b/>
          <w:bCs/>
        </w:rPr>
        <w:t>World AI Cinema &amp; Creativity Festival (WAICF) – India</w:t>
      </w:r>
    </w:p>
    <w:p w14:paraId="1C6679C7" w14:textId="77777777" w:rsidR="001E5DB8" w:rsidRPr="00E179CE" w:rsidRDefault="001E5DB8" w:rsidP="001E5DB8">
      <w:pPr>
        <w:rPr>
          <w:rFonts w:ascii="Calibri" w:hAnsi="Calibri" w:cs="Calibri"/>
          <w:b/>
          <w:bCs/>
        </w:rPr>
      </w:pPr>
      <w:r w:rsidRPr="00E179CE">
        <w:rPr>
          <w:rFonts w:ascii="Calibri" w:hAnsi="Calibri" w:cs="Calibri"/>
          <w:b/>
          <w:bCs/>
        </w:rPr>
        <w:t>Where Human Creativity and Artificial Intelligence Unite!</w:t>
      </w:r>
    </w:p>
    <w:p w14:paraId="225A8BB4" w14:textId="77777777" w:rsidR="001E5DB8" w:rsidRPr="00E179CE" w:rsidRDefault="001E5DB8" w:rsidP="001E5DB8">
      <w:pPr>
        <w:rPr>
          <w:rFonts w:ascii="Calibri" w:hAnsi="Calibri" w:cs="Calibri"/>
          <w:b/>
          <w:bCs/>
        </w:rPr>
      </w:pPr>
      <w:r w:rsidRPr="00E179CE">
        <w:rPr>
          <w:rFonts w:ascii="Calibri" w:hAnsi="Calibri" w:cs="Calibri"/>
          <w:b/>
          <w:bCs/>
        </w:rPr>
        <w:t>World's First Complete Cinema Ecosystem — From Traditional Cinema to AI Cinema</w:t>
      </w:r>
    </w:p>
    <w:p w14:paraId="06AE4C04" w14:textId="77777777" w:rsidR="001E5DB8" w:rsidRPr="00E179CE" w:rsidRDefault="001E5DB8" w:rsidP="001E5DB8">
      <w:pPr>
        <w:rPr>
          <w:rFonts w:ascii="Calibri" w:hAnsi="Calibri" w:cs="Calibri"/>
          <w:b/>
          <w:bCs/>
        </w:rPr>
      </w:pPr>
    </w:p>
    <w:p w14:paraId="67A6DDD6" w14:textId="77777777" w:rsidR="001E5DB8" w:rsidRPr="00E179CE" w:rsidRDefault="001E5DB8" w:rsidP="001E5DB8">
      <w:pPr>
        <w:rPr>
          <w:rFonts w:ascii="Calibri" w:hAnsi="Calibri" w:cs="Calibri"/>
          <w:b/>
          <w:bCs/>
          <w:sz w:val="28"/>
          <w:szCs w:val="28"/>
        </w:rPr>
      </w:pPr>
      <w:r w:rsidRPr="00E179CE">
        <w:rPr>
          <w:rFonts w:ascii="Calibri" w:hAnsi="Calibri" w:cs="Calibri"/>
          <w:b/>
          <w:bCs/>
          <w:sz w:val="28"/>
          <w:szCs w:val="28"/>
        </w:rPr>
        <w:t>Submission Rules &amp; Guidelines (A)</w:t>
      </w:r>
    </w:p>
    <w:p w14:paraId="07995747" w14:textId="77777777" w:rsidR="001E5DB8" w:rsidRPr="00E179CE" w:rsidRDefault="001E5DB8" w:rsidP="001E5DB8">
      <w:pPr>
        <w:rPr>
          <w:rFonts w:ascii="Calibri" w:hAnsi="Calibri" w:cs="Calibri"/>
          <w:b/>
          <w:bCs/>
        </w:rPr>
      </w:pPr>
      <w:r w:rsidRPr="00E179CE">
        <w:rPr>
          <w:rFonts w:ascii="Calibri" w:hAnsi="Calibri" w:cs="Calibri"/>
          <w:b/>
          <w:bCs/>
        </w:rPr>
        <w:t>1. Eligibility</w:t>
      </w:r>
    </w:p>
    <w:p w14:paraId="20B5EDED" w14:textId="77777777" w:rsidR="001E5DB8" w:rsidRPr="00E179CE" w:rsidRDefault="001E5DB8" w:rsidP="001E5DB8">
      <w:pPr>
        <w:numPr>
          <w:ilvl w:val="0"/>
          <w:numId w:val="18"/>
        </w:numPr>
        <w:spacing w:after="160" w:line="278" w:lineRule="auto"/>
        <w:rPr>
          <w:rFonts w:ascii="Calibri" w:hAnsi="Calibri" w:cs="Calibri"/>
        </w:rPr>
      </w:pPr>
      <w:r w:rsidRPr="00E179CE">
        <w:rPr>
          <w:rFonts w:ascii="Calibri" w:hAnsi="Calibri" w:cs="Calibri"/>
          <w:b/>
          <w:bCs/>
        </w:rPr>
        <w:t>World AI Cinema &amp; Creativity Festival (WAICF)</w:t>
      </w:r>
      <w:r w:rsidRPr="00E179CE">
        <w:rPr>
          <w:rFonts w:ascii="Calibri" w:hAnsi="Calibri" w:cs="Calibri"/>
        </w:rPr>
        <w:t xml:space="preserve"> welcomes submissions from filmmakers, AI creators, students, artists, researchers, studios, production houses and creative professionals from across the world.</w:t>
      </w:r>
    </w:p>
    <w:p w14:paraId="7E755A3C" w14:textId="77777777" w:rsidR="001E5DB8" w:rsidRPr="00E179CE" w:rsidRDefault="001E5DB8" w:rsidP="001E5DB8">
      <w:pPr>
        <w:rPr>
          <w:rFonts w:ascii="Calibri" w:hAnsi="Calibri" w:cs="Calibri"/>
        </w:rPr>
      </w:pPr>
    </w:p>
    <w:p w14:paraId="7713B863" w14:textId="77777777" w:rsidR="001E5DB8" w:rsidRPr="00E179CE" w:rsidRDefault="001E5DB8" w:rsidP="001E5DB8">
      <w:pPr>
        <w:numPr>
          <w:ilvl w:val="0"/>
          <w:numId w:val="18"/>
        </w:numPr>
        <w:spacing w:after="160" w:line="278" w:lineRule="auto"/>
        <w:rPr>
          <w:rFonts w:ascii="Calibri" w:hAnsi="Calibri" w:cs="Calibri"/>
        </w:rPr>
      </w:pPr>
      <w:r w:rsidRPr="00E179CE">
        <w:rPr>
          <w:rFonts w:ascii="Calibri" w:hAnsi="Calibri" w:cs="Calibri"/>
        </w:rPr>
        <w:t>The festival accepts films and creative works that are:</w:t>
      </w:r>
    </w:p>
    <w:p w14:paraId="4A95B343" w14:textId="77777777" w:rsidR="001E5DB8" w:rsidRPr="00E179CE" w:rsidRDefault="001E5DB8" w:rsidP="001E5DB8">
      <w:pPr>
        <w:numPr>
          <w:ilvl w:val="0"/>
          <w:numId w:val="19"/>
        </w:numPr>
        <w:spacing w:after="160" w:line="278" w:lineRule="auto"/>
        <w:rPr>
          <w:rFonts w:ascii="Calibri" w:hAnsi="Calibri" w:cs="Calibri"/>
        </w:rPr>
      </w:pPr>
      <w:r w:rsidRPr="00E179CE">
        <w:rPr>
          <w:rFonts w:ascii="Calibri" w:hAnsi="Calibri" w:cs="Calibri"/>
        </w:rPr>
        <w:t>AI-generated</w:t>
      </w:r>
    </w:p>
    <w:p w14:paraId="6C0AF092" w14:textId="77777777" w:rsidR="001E5DB8" w:rsidRPr="00E179CE" w:rsidRDefault="001E5DB8" w:rsidP="001E5DB8">
      <w:pPr>
        <w:numPr>
          <w:ilvl w:val="0"/>
          <w:numId w:val="19"/>
        </w:numPr>
        <w:spacing w:after="160" w:line="278" w:lineRule="auto"/>
        <w:rPr>
          <w:rFonts w:ascii="Calibri" w:hAnsi="Calibri" w:cs="Calibri"/>
        </w:rPr>
      </w:pPr>
      <w:r w:rsidRPr="00E179CE">
        <w:rPr>
          <w:rFonts w:ascii="Calibri" w:hAnsi="Calibri" w:cs="Calibri"/>
        </w:rPr>
        <w:t>AI-assisted</w:t>
      </w:r>
    </w:p>
    <w:p w14:paraId="7ABC0C11" w14:textId="77777777" w:rsidR="001E5DB8" w:rsidRPr="00E179CE" w:rsidRDefault="001E5DB8" w:rsidP="001E5DB8">
      <w:pPr>
        <w:numPr>
          <w:ilvl w:val="0"/>
          <w:numId w:val="19"/>
        </w:numPr>
        <w:spacing w:after="160" w:line="278" w:lineRule="auto"/>
        <w:rPr>
          <w:rFonts w:ascii="Calibri" w:hAnsi="Calibri" w:cs="Calibri"/>
        </w:rPr>
      </w:pPr>
      <w:r w:rsidRPr="00E179CE">
        <w:rPr>
          <w:rFonts w:ascii="Calibri" w:hAnsi="Calibri" w:cs="Calibri"/>
        </w:rPr>
        <w:t>AI-enhanced</w:t>
      </w:r>
    </w:p>
    <w:p w14:paraId="1B27F245" w14:textId="77777777" w:rsidR="001E5DB8" w:rsidRPr="00E179CE" w:rsidRDefault="001E5DB8" w:rsidP="001E5DB8">
      <w:pPr>
        <w:numPr>
          <w:ilvl w:val="0"/>
          <w:numId w:val="19"/>
        </w:numPr>
        <w:spacing w:after="160" w:line="278" w:lineRule="auto"/>
        <w:rPr>
          <w:rFonts w:ascii="Calibri" w:hAnsi="Calibri" w:cs="Calibri"/>
        </w:rPr>
      </w:pPr>
      <w:r w:rsidRPr="00E179CE">
        <w:rPr>
          <w:rFonts w:ascii="Calibri" w:hAnsi="Calibri" w:cs="Calibri"/>
        </w:rPr>
        <w:t>Created using AI-based production techniques</w:t>
      </w:r>
    </w:p>
    <w:p w14:paraId="668611E9" w14:textId="77777777" w:rsidR="001E5DB8" w:rsidRPr="00E179CE" w:rsidRDefault="001E5DB8" w:rsidP="001E5DB8">
      <w:pPr>
        <w:numPr>
          <w:ilvl w:val="0"/>
          <w:numId w:val="19"/>
        </w:numPr>
        <w:spacing w:after="160" w:line="278" w:lineRule="auto"/>
        <w:rPr>
          <w:rFonts w:ascii="Calibri" w:hAnsi="Calibri" w:cs="Calibri"/>
        </w:rPr>
      </w:pPr>
      <w:r w:rsidRPr="00E179CE">
        <w:rPr>
          <w:rFonts w:ascii="Calibri" w:hAnsi="Calibri" w:cs="Calibri"/>
        </w:rPr>
        <w:t>Exploring the relationship between cinema, creativity and emerging technologies</w:t>
      </w:r>
    </w:p>
    <w:p w14:paraId="406A1779" w14:textId="77777777" w:rsidR="001E5DB8" w:rsidRPr="00E179CE" w:rsidRDefault="001E5DB8" w:rsidP="001E5DB8">
      <w:pPr>
        <w:rPr>
          <w:rFonts w:ascii="Calibri" w:hAnsi="Calibri" w:cs="Calibri"/>
        </w:rPr>
      </w:pPr>
    </w:p>
    <w:p w14:paraId="41135227" w14:textId="77777777" w:rsidR="001E5DB8" w:rsidRPr="00E179CE" w:rsidRDefault="001E5DB8" w:rsidP="001E5DB8">
      <w:pPr>
        <w:numPr>
          <w:ilvl w:val="0"/>
          <w:numId w:val="20"/>
        </w:numPr>
        <w:spacing w:after="160" w:line="278" w:lineRule="auto"/>
        <w:rPr>
          <w:rFonts w:ascii="Calibri" w:hAnsi="Calibri" w:cs="Calibri"/>
        </w:rPr>
      </w:pPr>
      <w:r w:rsidRPr="00E179CE">
        <w:rPr>
          <w:rFonts w:ascii="Calibri" w:hAnsi="Calibri" w:cs="Calibri"/>
        </w:rPr>
        <w:lastRenderedPageBreak/>
        <w:t>Submissions are open to:</w:t>
      </w:r>
    </w:p>
    <w:p w14:paraId="1D4369CD"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Professional filmmakers</w:t>
      </w:r>
    </w:p>
    <w:p w14:paraId="3E3EA9D3"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Independent creators</w:t>
      </w:r>
    </w:p>
    <w:p w14:paraId="0505E104"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Students</w:t>
      </w:r>
    </w:p>
    <w:p w14:paraId="4D96165E"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AI artists</w:t>
      </w:r>
    </w:p>
    <w:p w14:paraId="11E4EBAB"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Animation creators</w:t>
      </w:r>
    </w:p>
    <w:p w14:paraId="1631B898"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Digital storytellers</w:t>
      </w:r>
    </w:p>
    <w:p w14:paraId="0C835EE9" w14:textId="77777777" w:rsidR="001E5DB8" w:rsidRPr="00E179CE" w:rsidRDefault="001E5DB8" w:rsidP="001E5DB8">
      <w:pPr>
        <w:numPr>
          <w:ilvl w:val="0"/>
          <w:numId w:val="21"/>
        </w:numPr>
        <w:spacing w:after="160" w:line="278" w:lineRule="auto"/>
        <w:rPr>
          <w:rFonts w:ascii="Calibri" w:hAnsi="Calibri" w:cs="Calibri"/>
        </w:rPr>
      </w:pPr>
      <w:r w:rsidRPr="00E179CE">
        <w:rPr>
          <w:rFonts w:ascii="Calibri" w:hAnsi="Calibri" w:cs="Calibri"/>
        </w:rPr>
        <w:t>Technology innovators</w:t>
      </w:r>
    </w:p>
    <w:p w14:paraId="26DCD342" w14:textId="77777777" w:rsidR="001E5DB8" w:rsidRPr="00E179CE" w:rsidRDefault="001E5DB8" w:rsidP="001E5DB8">
      <w:pPr>
        <w:numPr>
          <w:ilvl w:val="0"/>
          <w:numId w:val="22"/>
        </w:numPr>
        <w:spacing w:after="160" w:line="278" w:lineRule="auto"/>
        <w:rPr>
          <w:rFonts w:ascii="Calibri" w:hAnsi="Calibri" w:cs="Calibri"/>
        </w:rPr>
      </w:pPr>
      <w:r w:rsidRPr="00E179CE">
        <w:rPr>
          <w:rFonts w:ascii="Calibri" w:hAnsi="Calibri" w:cs="Calibri"/>
        </w:rPr>
        <w:t>There is no restriction on nationality, language, genre or filmmaking style.</w:t>
      </w:r>
    </w:p>
    <w:p w14:paraId="00A150D0" w14:textId="77777777" w:rsidR="001E5DB8" w:rsidRPr="00E179CE" w:rsidRDefault="00000000" w:rsidP="001E5DB8">
      <w:pPr>
        <w:rPr>
          <w:rFonts w:ascii="Calibri" w:hAnsi="Calibri" w:cs="Calibri"/>
        </w:rPr>
      </w:pPr>
      <w:r>
        <w:rPr>
          <w:rFonts w:ascii="Calibri" w:hAnsi="Calibri" w:cs="Calibri"/>
        </w:rPr>
        <w:pict w14:anchorId="226B13D6">
          <v:rect id="_x0000_i1036" style="width:0;height:1.5pt" o:hralign="center" o:hrstd="t" o:hr="t" fillcolor="#a0a0a0" stroked="f"/>
        </w:pict>
      </w:r>
    </w:p>
    <w:p w14:paraId="47A5FA21" w14:textId="77777777" w:rsidR="001E5DB8" w:rsidRPr="00E179CE" w:rsidRDefault="001E5DB8" w:rsidP="001E5DB8">
      <w:pPr>
        <w:rPr>
          <w:rFonts w:ascii="Calibri" w:hAnsi="Calibri" w:cs="Calibri"/>
          <w:b/>
          <w:bCs/>
        </w:rPr>
      </w:pPr>
      <w:r w:rsidRPr="00E179CE">
        <w:rPr>
          <w:rFonts w:ascii="Calibri" w:hAnsi="Calibri" w:cs="Calibri"/>
          <w:b/>
          <w:bCs/>
        </w:rPr>
        <w:t>3. AI Usage Requirement</w:t>
      </w:r>
    </w:p>
    <w:p w14:paraId="4579912A" w14:textId="77777777" w:rsidR="001E5DB8" w:rsidRPr="00E179CE" w:rsidRDefault="001E5DB8" w:rsidP="001E5DB8">
      <w:pPr>
        <w:numPr>
          <w:ilvl w:val="0"/>
          <w:numId w:val="23"/>
        </w:numPr>
        <w:spacing w:after="160" w:line="278" w:lineRule="auto"/>
        <w:rPr>
          <w:rFonts w:ascii="Calibri" w:hAnsi="Calibri" w:cs="Calibri"/>
        </w:rPr>
      </w:pPr>
      <w:r w:rsidRPr="00E179CE">
        <w:rPr>
          <w:rFonts w:ascii="Calibri" w:hAnsi="Calibri" w:cs="Calibri"/>
        </w:rPr>
        <w:t>The submitted work must clearly mention the use of Artificial Intelligence in the creative or production process.</w:t>
      </w:r>
    </w:p>
    <w:p w14:paraId="63C2E101" w14:textId="77777777" w:rsidR="001E5DB8" w:rsidRPr="00E179CE" w:rsidRDefault="001E5DB8" w:rsidP="001E5DB8">
      <w:pPr>
        <w:rPr>
          <w:rFonts w:ascii="Calibri" w:hAnsi="Calibri" w:cs="Calibri"/>
        </w:rPr>
      </w:pPr>
    </w:p>
    <w:p w14:paraId="463EE105" w14:textId="77777777" w:rsidR="001E5DB8" w:rsidRPr="00E179CE" w:rsidRDefault="001E5DB8" w:rsidP="001E5DB8">
      <w:pPr>
        <w:numPr>
          <w:ilvl w:val="0"/>
          <w:numId w:val="23"/>
        </w:numPr>
        <w:spacing w:after="160" w:line="278" w:lineRule="auto"/>
        <w:rPr>
          <w:rFonts w:ascii="Calibri" w:hAnsi="Calibri" w:cs="Calibri"/>
        </w:rPr>
      </w:pPr>
      <w:r w:rsidRPr="00E179CE">
        <w:rPr>
          <w:rFonts w:ascii="Calibri" w:hAnsi="Calibri" w:cs="Calibri"/>
        </w:rPr>
        <w:t>Applicants must provide details regarding:</w:t>
      </w:r>
    </w:p>
    <w:p w14:paraId="754B47BE" w14:textId="77777777" w:rsidR="001E5DB8" w:rsidRPr="00E179CE" w:rsidRDefault="001E5DB8" w:rsidP="001E5DB8">
      <w:pPr>
        <w:numPr>
          <w:ilvl w:val="0"/>
          <w:numId w:val="24"/>
        </w:numPr>
        <w:spacing w:after="160" w:line="278" w:lineRule="auto"/>
        <w:rPr>
          <w:rFonts w:ascii="Calibri" w:hAnsi="Calibri" w:cs="Calibri"/>
        </w:rPr>
      </w:pPr>
      <w:r w:rsidRPr="00E179CE">
        <w:rPr>
          <w:rFonts w:ascii="Calibri" w:hAnsi="Calibri" w:cs="Calibri"/>
        </w:rPr>
        <w:t>AI tools/platforms used</w:t>
      </w:r>
    </w:p>
    <w:p w14:paraId="640C3670" w14:textId="77777777" w:rsidR="001E5DB8" w:rsidRPr="00E179CE" w:rsidRDefault="001E5DB8" w:rsidP="001E5DB8">
      <w:pPr>
        <w:numPr>
          <w:ilvl w:val="0"/>
          <w:numId w:val="24"/>
        </w:numPr>
        <w:spacing w:after="160" w:line="278" w:lineRule="auto"/>
        <w:rPr>
          <w:rFonts w:ascii="Calibri" w:hAnsi="Calibri" w:cs="Calibri"/>
        </w:rPr>
      </w:pPr>
      <w:r w:rsidRPr="00E179CE">
        <w:rPr>
          <w:rFonts w:ascii="Calibri" w:hAnsi="Calibri" w:cs="Calibri"/>
        </w:rPr>
        <w:t>Creative process</w:t>
      </w:r>
    </w:p>
    <w:p w14:paraId="43914E9D" w14:textId="77777777" w:rsidR="001E5DB8" w:rsidRPr="00E179CE" w:rsidRDefault="001E5DB8" w:rsidP="001E5DB8">
      <w:pPr>
        <w:numPr>
          <w:ilvl w:val="0"/>
          <w:numId w:val="24"/>
        </w:numPr>
        <w:spacing w:after="160" w:line="278" w:lineRule="auto"/>
        <w:rPr>
          <w:rFonts w:ascii="Calibri" w:hAnsi="Calibri" w:cs="Calibri"/>
        </w:rPr>
      </w:pPr>
      <w:r w:rsidRPr="00E179CE">
        <w:rPr>
          <w:rFonts w:ascii="Calibri" w:hAnsi="Calibri" w:cs="Calibri"/>
        </w:rPr>
        <w:t>Human contribution</w:t>
      </w:r>
    </w:p>
    <w:p w14:paraId="3881B467" w14:textId="77777777" w:rsidR="001E5DB8" w:rsidRPr="00E179CE" w:rsidRDefault="001E5DB8" w:rsidP="001E5DB8">
      <w:pPr>
        <w:numPr>
          <w:ilvl w:val="0"/>
          <w:numId w:val="24"/>
        </w:numPr>
        <w:spacing w:after="160" w:line="278" w:lineRule="auto"/>
        <w:rPr>
          <w:rFonts w:ascii="Calibri" w:hAnsi="Calibri" w:cs="Calibri"/>
        </w:rPr>
      </w:pPr>
      <w:r w:rsidRPr="00E179CE">
        <w:rPr>
          <w:rFonts w:ascii="Calibri" w:hAnsi="Calibri" w:cs="Calibri"/>
        </w:rPr>
        <w:t>Production methodology</w:t>
      </w:r>
    </w:p>
    <w:p w14:paraId="62F2A550" w14:textId="77777777" w:rsidR="001E5DB8" w:rsidRPr="00E179CE" w:rsidRDefault="001E5DB8" w:rsidP="001E5DB8">
      <w:pPr>
        <w:rPr>
          <w:rFonts w:ascii="Calibri" w:hAnsi="Calibri" w:cs="Calibri"/>
        </w:rPr>
      </w:pPr>
    </w:p>
    <w:p w14:paraId="11BCDC5C" w14:textId="77777777" w:rsidR="001E5DB8" w:rsidRPr="00E179CE" w:rsidRDefault="001E5DB8" w:rsidP="001E5DB8">
      <w:pPr>
        <w:numPr>
          <w:ilvl w:val="0"/>
          <w:numId w:val="25"/>
        </w:numPr>
        <w:spacing w:after="160" w:line="278" w:lineRule="auto"/>
        <w:rPr>
          <w:rFonts w:ascii="Calibri" w:hAnsi="Calibri" w:cs="Calibri"/>
        </w:rPr>
      </w:pPr>
      <w:r w:rsidRPr="00E179CE">
        <w:rPr>
          <w:rFonts w:ascii="Calibri" w:hAnsi="Calibri" w:cs="Calibri"/>
        </w:rPr>
        <w:t>AI can be used for:</w:t>
      </w:r>
    </w:p>
    <w:p w14:paraId="155E7749"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Story development</w:t>
      </w:r>
    </w:p>
    <w:p w14:paraId="6412F865"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Script assistance</w:t>
      </w:r>
    </w:p>
    <w:p w14:paraId="46D02278"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Image/video generation</w:t>
      </w:r>
    </w:p>
    <w:p w14:paraId="39C71F06"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Animation</w:t>
      </w:r>
    </w:p>
    <w:p w14:paraId="26FE0352"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Visual effects</w:t>
      </w:r>
    </w:p>
    <w:p w14:paraId="79D227F8"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Editing</w:t>
      </w:r>
    </w:p>
    <w:p w14:paraId="0E54445E"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lastRenderedPageBreak/>
        <w:t>Sound design</w:t>
      </w:r>
    </w:p>
    <w:p w14:paraId="51CF7395"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Music creation</w:t>
      </w:r>
    </w:p>
    <w:p w14:paraId="1E920621"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Character development</w:t>
      </w:r>
    </w:p>
    <w:p w14:paraId="6301E226" w14:textId="77777777" w:rsidR="001E5DB8" w:rsidRPr="00E179CE" w:rsidRDefault="001E5DB8" w:rsidP="001E5DB8">
      <w:pPr>
        <w:numPr>
          <w:ilvl w:val="0"/>
          <w:numId w:val="26"/>
        </w:numPr>
        <w:spacing w:after="160" w:line="278" w:lineRule="auto"/>
        <w:rPr>
          <w:rFonts w:ascii="Calibri" w:hAnsi="Calibri" w:cs="Calibri"/>
        </w:rPr>
      </w:pPr>
      <w:r w:rsidRPr="00E179CE">
        <w:rPr>
          <w:rFonts w:ascii="Calibri" w:hAnsi="Calibri" w:cs="Calibri"/>
        </w:rPr>
        <w:t>Virtual production</w:t>
      </w:r>
    </w:p>
    <w:p w14:paraId="5A4DB48E" w14:textId="77777777" w:rsidR="001E5DB8" w:rsidRPr="00E179CE" w:rsidRDefault="001E5DB8" w:rsidP="001E5DB8">
      <w:pPr>
        <w:rPr>
          <w:rFonts w:ascii="Calibri" w:hAnsi="Calibri" w:cs="Calibri"/>
        </w:rPr>
      </w:pPr>
    </w:p>
    <w:p w14:paraId="721482E0" w14:textId="77777777" w:rsidR="001E5DB8" w:rsidRPr="00E179CE" w:rsidRDefault="001E5DB8" w:rsidP="001E5DB8">
      <w:pPr>
        <w:numPr>
          <w:ilvl w:val="0"/>
          <w:numId w:val="27"/>
        </w:numPr>
        <w:spacing w:after="160" w:line="278" w:lineRule="auto"/>
        <w:rPr>
          <w:rFonts w:ascii="Calibri" w:hAnsi="Calibri" w:cs="Calibri"/>
        </w:rPr>
      </w:pPr>
      <w:r w:rsidRPr="00E179CE">
        <w:rPr>
          <w:rFonts w:ascii="Calibri" w:hAnsi="Calibri" w:cs="Calibri"/>
        </w:rPr>
        <w:t>Human creativity, artistic vision and storytelling value will remain key evaluation criteria.</w:t>
      </w:r>
    </w:p>
    <w:p w14:paraId="17EDBCAB" w14:textId="77777777" w:rsidR="001E5DB8" w:rsidRPr="00E179CE" w:rsidRDefault="00000000" w:rsidP="001E5DB8">
      <w:pPr>
        <w:rPr>
          <w:rFonts w:ascii="Calibri" w:hAnsi="Calibri" w:cs="Calibri"/>
        </w:rPr>
      </w:pPr>
      <w:r>
        <w:rPr>
          <w:rFonts w:ascii="Calibri" w:hAnsi="Calibri" w:cs="Calibri"/>
        </w:rPr>
        <w:pict w14:anchorId="00E4CE64">
          <v:rect id="_x0000_i1037" style="width:0;height:1.5pt" o:hralign="center" o:hrstd="t" o:hr="t" fillcolor="#a0a0a0" stroked="f"/>
        </w:pict>
      </w:r>
    </w:p>
    <w:p w14:paraId="166BB82D" w14:textId="77777777" w:rsidR="001E5DB8" w:rsidRPr="00E179CE" w:rsidRDefault="001E5DB8" w:rsidP="001E5DB8">
      <w:pPr>
        <w:rPr>
          <w:rFonts w:ascii="Calibri" w:hAnsi="Calibri" w:cs="Calibri"/>
          <w:b/>
          <w:bCs/>
        </w:rPr>
      </w:pPr>
      <w:r w:rsidRPr="00E179CE">
        <w:rPr>
          <w:rFonts w:ascii="Calibri" w:hAnsi="Calibri" w:cs="Calibri"/>
          <w:b/>
          <w:bCs/>
        </w:rPr>
        <w:t>4. Submission Requirements</w:t>
      </w:r>
    </w:p>
    <w:p w14:paraId="3D8557D6" w14:textId="77777777" w:rsidR="001E5DB8" w:rsidRPr="00E179CE" w:rsidRDefault="001E5DB8" w:rsidP="001E5DB8">
      <w:pPr>
        <w:rPr>
          <w:rFonts w:ascii="Calibri" w:hAnsi="Calibri" w:cs="Calibri"/>
        </w:rPr>
      </w:pPr>
      <w:r w:rsidRPr="00E179CE">
        <w:rPr>
          <w:rFonts w:ascii="Calibri" w:hAnsi="Calibri" w:cs="Calibri"/>
        </w:rPr>
        <w:t>Each submission must include:</w:t>
      </w:r>
    </w:p>
    <w:p w14:paraId="3F877D24"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Film title</w:t>
      </w:r>
    </w:p>
    <w:p w14:paraId="4BD8A418"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Director/Creator name</w:t>
      </w:r>
    </w:p>
    <w:p w14:paraId="511C1AA3"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Country</w:t>
      </w:r>
    </w:p>
    <w:p w14:paraId="3E36CAF6"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Production details</w:t>
      </w:r>
    </w:p>
    <w:p w14:paraId="571520D9"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Film synopsis</w:t>
      </w:r>
    </w:p>
    <w:p w14:paraId="609A0ABC"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Director/Creator biography</w:t>
      </w:r>
    </w:p>
    <w:p w14:paraId="109AA957"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Poster or promotional artwork (if available)</w:t>
      </w:r>
    </w:p>
    <w:p w14:paraId="185F1652"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Film link (online screener)</w:t>
      </w:r>
    </w:p>
    <w:p w14:paraId="12E8059C"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AI tools and technology details</w:t>
      </w:r>
    </w:p>
    <w:p w14:paraId="6A2BDF87" w14:textId="77777777" w:rsidR="001E5DB8" w:rsidRPr="00E179CE" w:rsidRDefault="001E5DB8" w:rsidP="001E5DB8">
      <w:pPr>
        <w:numPr>
          <w:ilvl w:val="0"/>
          <w:numId w:val="28"/>
        </w:numPr>
        <w:spacing w:after="160" w:line="278" w:lineRule="auto"/>
        <w:rPr>
          <w:rFonts w:ascii="Calibri" w:hAnsi="Calibri" w:cs="Calibri"/>
        </w:rPr>
      </w:pPr>
      <w:r w:rsidRPr="00E179CE">
        <w:rPr>
          <w:rFonts w:ascii="Calibri" w:hAnsi="Calibri" w:cs="Calibri"/>
        </w:rPr>
        <w:t>Making process / AI contribution statement</w:t>
      </w:r>
    </w:p>
    <w:p w14:paraId="302B1E2D" w14:textId="77777777" w:rsidR="001E5DB8" w:rsidRPr="00E179CE" w:rsidRDefault="00000000" w:rsidP="001E5DB8">
      <w:pPr>
        <w:rPr>
          <w:rFonts w:ascii="Calibri" w:hAnsi="Calibri" w:cs="Calibri"/>
        </w:rPr>
      </w:pPr>
      <w:r>
        <w:rPr>
          <w:rFonts w:ascii="Calibri" w:hAnsi="Calibri" w:cs="Calibri"/>
        </w:rPr>
        <w:pict w14:anchorId="64CE770B">
          <v:rect id="_x0000_i1038" style="width:0;height:1.5pt" o:hralign="center" o:hrstd="t" o:hr="t" fillcolor="#a0a0a0" stroked="f"/>
        </w:pict>
      </w:r>
    </w:p>
    <w:p w14:paraId="01317FEA" w14:textId="77777777" w:rsidR="001E5DB8" w:rsidRPr="00E179CE" w:rsidRDefault="001E5DB8" w:rsidP="001E5DB8">
      <w:pPr>
        <w:rPr>
          <w:rFonts w:ascii="Calibri" w:hAnsi="Calibri" w:cs="Calibri"/>
          <w:b/>
          <w:bCs/>
        </w:rPr>
      </w:pPr>
      <w:r w:rsidRPr="00E179CE">
        <w:rPr>
          <w:rFonts w:ascii="Calibri" w:hAnsi="Calibri" w:cs="Calibri"/>
          <w:b/>
          <w:bCs/>
        </w:rPr>
        <w:t>5. Language &amp; Subtitles</w:t>
      </w:r>
    </w:p>
    <w:p w14:paraId="6304E622" w14:textId="77777777" w:rsidR="001E5DB8" w:rsidRPr="00E179CE" w:rsidRDefault="001E5DB8" w:rsidP="001E5DB8">
      <w:pPr>
        <w:numPr>
          <w:ilvl w:val="0"/>
          <w:numId w:val="29"/>
        </w:numPr>
        <w:spacing w:after="160" w:line="278" w:lineRule="auto"/>
        <w:rPr>
          <w:rFonts w:ascii="Calibri" w:hAnsi="Calibri" w:cs="Calibri"/>
        </w:rPr>
      </w:pPr>
      <w:r w:rsidRPr="00E179CE">
        <w:rPr>
          <w:rFonts w:ascii="Calibri" w:hAnsi="Calibri" w:cs="Calibri"/>
        </w:rPr>
        <w:t>Films in any language are accepted.</w:t>
      </w:r>
    </w:p>
    <w:p w14:paraId="4DFD940C" w14:textId="77777777" w:rsidR="001E5DB8" w:rsidRPr="00E179CE" w:rsidRDefault="001E5DB8" w:rsidP="001E5DB8">
      <w:pPr>
        <w:numPr>
          <w:ilvl w:val="0"/>
          <w:numId w:val="29"/>
        </w:numPr>
        <w:spacing w:after="160" w:line="278" w:lineRule="auto"/>
        <w:rPr>
          <w:rFonts w:ascii="Calibri" w:hAnsi="Calibri" w:cs="Calibri"/>
        </w:rPr>
      </w:pPr>
      <w:r w:rsidRPr="00E179CE">
        <w:rPr>
          <w:rFonts w:ascii="Calibri" w:hAnsi="Calibri" w:cs="Calibri"/>
        </w:rPr>
        <w:t>Non-English films must include English subtitles.</w:t>
      </w:r>
    </w:p>
    <w:p w14:paraId="142572AB" w14:textId="77777777" w:rsidR="001E5DB8" w:rsidRPr="00E179CE" w:rsidRDefault="001E5DB8" w:rsidP="001E5DB8">
      <w:pPr>
        <w:numPr>
          <w:ilvl w:val="0"/>
          <w:numId w:val="29"/>
        </w:numPr>
        <w:spacing w:after="160" w:line="278" w:lineRule="auto"/>
        <w:rPr>
          <w:rFonts w:ascii="Calibri" w:hAnsi="Calibri" w:cs="Calibri"/>
        </w:rPr>
      </w:pPr>
      <w:r w:rsidRPr="00E179CE">
        <w:rPr>
          <w:rFonts w:ascii="Calibri" w:hAnsi="Calibri" w:cs="Calibri"/>
        </w:rPr>
        <w:t>Subtitles should be clear and professionally prepared.</w:t>
      </w:r>
    </w:p>
    <w:p w14:paraId="7BACC995" w14:textId="77777777" w:rsidR="001E5DB8" w:rsidRPr="00E179CE" w:rsidRDefault="00000000" w:rsidP="001E5DB8">
      <w:pPr>
        <w:rPr>
          <w:rFonts w:ascii="Calibri" w:hAnsi="Calibri" w:cs="Calibri"/>
        </w:rPr>
      </w:pPr>
      <w:r>
        <w:rPr>
          <w:rFonts w:ascii="Calibri" w:hAnsi="Calibri" w:cs="Calibri"/>
        </w:rPr>
        <w:pict w14:anchorId="5FB9BAFC">
          <v:rect id="_x0000_i1039" style="width:0;height:1.5pt" o:hralign="center" o:hrstd="t" o:hr="t" fillcolor="#a0a0a0" stroked="f"/>
        </w:pict>
      </w:r>
    </w:p>
    <w:p w14:paraId="423D32D2" w14:textId="77777777" w:rsidR="0093483D" w:rsidRDefault="0093483D" w:rsidP="001E5DB8">
      <w:pPr>
        <w:rPr>
          <w:rFonts w:ascii="Calibri" w:hAnsi="Calibri" w:cs="Calibri"/>
          <w:b/>
          <w:bCs/>
        </w:rPr>
      </w:pPr>
    </w:p>
    <w:p w14:paraId="0BC0F600" w14:textId="77777777" w:rsidR="0093483D" w:rsidRDefault="0093483D" w:rsidP="001E5DB8">
      <w:pPr>
        <w:rPr>
          <w:rFonts w:ascii="Calibri" w:hAnsi="Calibri" w:cs="Calibri"/>
          <w:b/>
          <w:bCs/>
        </w:rPr>
      </w:pPr>
    </w:p>
    <w:p w14:paraId="2EBE5390" w14:textId="40D37875" w:rsidR="001E5DB8" w:rsidRPr="00E179CE" w:rsidRDefault="001E5DB8" w:rsidP="001E5DB8">
      <w:pPr>
        <w:rPr>
          <w:rFonts w:ascii="Calibri" w:hAnsi="Calibri" w:cs="Calibri"/>
          <w:b/>
          <w:bCs/>
        </w:rPr>
      </w:pPr>
      <w:r w:rsidRPr="00E179CE">
        <w:rPr>
          <w:rFonts w:ascii="Calibri" w:hAnsi="Calibri" w:cs="Calibri"/>
          <w:b/>
          <w:bCs/>
        </w:rPr>
        <w:lastRenderedPageBreak/>
        <w:t>6. Originality &amp; Copyright</w:t>
      </w:r>
    </w:p>
    <w:p w14:paraId="56988DA8" w14:textId="77777777" w:rsidR="001E5DB8" w:rsidRPr="00E179CE" w:rsidRDefault="001E5DB8" w:rsidP="001E5DB8">
      <w:pPr>
        <w:numPr>
          <w:ilvl w:val="0"/>
          <w:numId w:val="30"/>
        </w:numPr>
        <w:spacing w:after="160" w:line="278" w:lineRule="auto"/>
        <w:rPr>
          <w:rFonts w:ascii="Calibri" w:hAnsi="Calibri" w:cs="Calibri"/>
        </w:rPr>
      </w:pPr>
      <w:r w:rsidRPr="00E179CE">
        <w:rPr>
          <w:rFonts w:ascii="Calibri" w:hAnsi="Calibri" w:cs="Calibri"/>
        </w:rPr>
        <w:t>The applicant confirms that the submitted work is original or legally authorized for submission.</w:t>
      </w:r>
    </w:p>
    <w:p w14:paraId="357F57C6" w14:textId="77777777" w:rsidR="001E5DB8" w:rsidRPr="00E179CE" w:rsidRDefault="001E5DB8" w:rsidP="001E5DB8">
      <w:pPr>
        <w:numPr>
          <w:ilvl w:val="0"/>
          <w:numId w:val="30"/>
        </w:numPr>
        <w:spacing w:after="160" w:line="278" w:lineRule="auto"/>
        <w:rPr>
          <w:rFonts w:ascii="Calibri" w:hAnsi="Calibri" w:cs="Calibri"/>
        </w:rPr>
      </w:pPr>
      <w:r w:rsidRPr="00E179CE">
        <w:rPr>
          <w:rFonts w:ascii="Calibri" w:hAnsi="Calibri" w:cs="Calibri"/>
        </w:rPr>
        <w:t>Participants are responsible for obtaining necessary permissions related to:</w:t>
      </w:r>
    </w:p>
    <w:p w14:paraId="7157166D" w14:textId="77777777" w:rsidR="001E5DB8" w:rsidRPr="00E179CE" w:rsidRDefault="001E5DB8" w:rsidP="001E5DB8">
      <w:pPr>
        <w:numPr>
          <w:ilvl w:val="0"/>
          <w:numId w:val="31"/>
        </w:numPr>
        <w:spacing w:after="160" w:line="278" w:lineRule="auto"/>
        <w:rPr>
          <w:rFonts w:ascii="Calibri" w:hAnsi="Calibri" w:cs="Calibri"/>
        </w:rPr>
      </w:pPr>
      <w:r w:rsidRPr="00E179CE">
        <w:rPr>
          <w:rFonts w:ascii="Calibri" w:hAnsi="Calibri" w:cs="Calibri"/>
        </w:rPr>
        <w:t>Music</w:t>
      </w:r>
    </w:p>
    <w:p w14:paraId="35044916" w14:textId="77777777" w:rsidR="001E5DB8" w:rsidRPr="00E179CE" w:rsidRDefault="001E5DB8" w:rsidP="001E5DB8">
      <w:pPr>
        <w:numPr>
          <w:ilvl w:val="0"/>
          <w:numId w:val="31"/>
        </w:numPr>
        <w:spacing w:after="160" w:line="278" w:lineRule="auto"/>
        <w:rPr>
          <w:rFonts w:ascii="Calibri" w:hAnsi="Calibri" w:cs="Calibri"/>
        </w:rPr>
      </w:pPr>
      <w:r w:rsidRPr="00E179CE">
        <w:rPr>
          <w:rFonts w:ascii="Calibri" w:hAnsi="Calibri" w:cs="Calibri"/>
        </w:rPr>
        <w:t>Images</w:t>
      </w:r>
    </w:p>
    <w:p w14:paraId="0074A3A4" w14:textId="77777777" w:rsidR="001E5DB8" w:rsidRPr="00E179CE" w:rsidRDefault="001E5DB8" w:rsidP="001E5DB8">
      <w:pPr>
        <w:numPr>
          <w:ilvl w:val="0"/>
          <w:numId w:val="31"/>
        </w:numPr>
        <w:spacing w:after="160" w:line="278" w:lineRule="auto"/>
        <w:rPr>
          <w:rFonts w:ascii="Calibri" w:hAnsi="Calibri" w:cs="Calibri"/>
        </w:rPr>
      </w:pPr>
      <w:r w:rsidRPr="00E179CE">
        <w:rPr>
          <w:rFonts w:ascii="Calibri" w:hAnsi="Calibri" w:cs="Calibri"/>
        </w:rPr>
        <w:t>Characters</w:t>
      </w:r>
    </w:p>
    <w:p w14:paraId="15B68B78" w14:textId="77777777" w:rsidR="001E5DB8" w:rsidRPr="00E179CE" w:rsidRDefault="001E5DB8" w:rsidP="001E5DB8">
      <w:pPr>
        <w:numPr>
          <w:ilvl w:val="0"/>
          <w:numId w:val="31"/>
        </w:numPr>
        <w:spacing w:after="160" w:line="278" w:lineRule="auto"/>
        <w:rPr>
          <w:rFonts w:ascii="Calibri" w:hAnsi="Calibri" w:cs="Calibri"/>
        </w:rPr>
      </w:pPr>
      <w:r w:rsidRPr="00E179CE">
        <w:rPr>
          <w:rFonts w:ascii="Calibri" w:hAnsi="Calibri" w:cs="Calibri"/>
        </w:rPr>
        <w:t>Copyright material</w:t>
      </w:r>
    </w:p>
    <w:p w14:paraId="1711399D" w14:textId="77777777" w:rsidR="001E5DB8" w:rsidRPr="00E179CE" w:rsidRDefault="001E5DB8" w:rsidP="001E5DB8">
      <w:pPr>
        <w:numPr>
          <w:ilvl w:val="0"/>
          <w:numId w:val="31"/>
        </w:numPr>
        <w:spacing w:after="160" w:line="278" w:lineRule="auto"/>
        <w:rPr>
          <w:rFonts w:ascii="Calibri" w:hAnsi="Calibri" w:cs="Calibri"/>
        </w:rPr>
      </w:pPr>
      <w:r w:rsidRPr="00E179CE">
        <w:rPr>
          <w:rFonts w:ascii="Calibri" w:hAnsi="Calibri" w:cs="Calibri"/>
        </w:rPr>
        <w:t>Third-party AI assets</w:t>
      </w:r>
    </w:p>
    <w:p w14:paraId="0ADBF1CD" w14:textId="77777777" w:rsidR="001E5DB8" w:rsidRPr="00E179CE" w:rsidRDefault="001E5DB8" w:rsidP="001E5DB8">
      <w:pPr>
        <w:numPr>
          <w:ilvl w:val="0"/>
          <w:numId w:val="32"/>
        </w:numPr>
        <w:spacing w:after="160" w:line="278" w:lineRule="auto"/>
        <w:rPr>
          <w:rFonts w:ascii="Calibri" w:hAnsi="Calibri" w:cs="Calibri"/>
        </w:rPr>
      </w:pPr>
      <w:r w:rsidRPr="00E179CE">
        <w:rPr>
          <w:rFonts w:ascii="Calibri" w:hAnsi="Calibri" w:cs="Calibri"/>
        </w:rPr>
        <w:t>WAICF does not claim ownership of submitted films.</w:t>
      </w:r>
    </w:p>
    <w:p w14:paraId="32D7F252" w14:textId="77777777" w:rsidR="001E5DB8" w:rsidRPr="00E179CE" w:rsidRDefault="00000000" w:rsidP="001E5DB8">
      <w:pPr>
        <w:rPr>
          <w:rFonts w:ascii="Calibri" w:hAnsi="Calibri" w:cs="Calibri"/>
        </w:rPr>
      </w:pPr>
      <w:r>
        <w:rPr>
          <w:rFonts w:ascii="Calibri" w:hAnsi="Calibri" w:cs="Calibri"/>
        </w:rPr>
        <w:pict w14:anchorId="7347409E">
          <v:rect id="_x0000_i1040" style="width:0;height:1.5pt" o:hralign="center" o:hrstd="t" o:hr="t" fillcolor="#a0a0a0" stroked="f"/>
        </w:pict>
      </w:r>
    </w:p>
    <w:p w14:paraId="2177EF66" w14:textId="77777777" w:rsidR="001E5DB8" w:rsidRPr="00E179CE" w:rsidRDefault="001E5DB8" w:rsidP="001E5DB8">
      <w:pPr>
        <w:rPr>
          <w:rFonts w:ascii="Calibri" w:hAnsi="Calibri" w:cs="Calibri"/>
          <w:b/>
          <w:bCs/>
        </w:rPr>
      </w:pPr>
      <w:r w:rsidRPr="00E179CE">
        <w:rPr>
          <w:rFonts w:ascii="Calibri" w:hAnsi="Calibri" w:cs="Calibri"/>
          <w:b/>
          <w:bCs/>
        </w:rPr>
        <w:t>7. Selection Process</w:t>
      </w:r>
    </w:p>
    <w:p w14:paraId="1127CF59" w14:textId="77777777" w:rsidR="001E5DB8" w:rsidRPr="00E179CE" w:rsidRDefault="001E5DB8" w:rsidP="001E5DB8">
      <w:pPr>
        <w:numPr>
          <w:ilvl w:val="0"/>
          <w:numId w:val="33"/>
        </w:numPr>
        <w:spacing w:after="160" w:line="278" w:lineRule="auto"/>
        <w:rPr>
          <w:rFonts w:ascii="Calibri" w:hAnsi="Calibri" w:cs="Calibri"/>
        </w:rPr>
      </w:pPr>
      <w:r w:rsidRPr="00E179CE">
        <w:rPr>
          <w:rFonts w:ascii="Calibri" w:hAnsi="Calibri" w:cs="Calibri"/>
        </w:rPr>
        <w:t>All submissions will be reviewed by an international jury panel consisting of:</w:t>
      </w:r>
    </w:p>
    <w:p w14:paraId="3F4A3667" w14:textId="77777777" w:rsidR="001E5DB8" w:rsidRPr="00E179CE" w:rsidRDefault="001E5DB8" w:rsidP="001E5DB8">
      <w:pPr>
        <w:numPr>
          <w:ilvl w:val="0"/>
          <w:numId w:val="34"/>
        </w:numPr>
        <w:spacing w:after="160" w:line="278" w:lineRule="auto"/>
        <w:rPr>
          <w:rFonts w:ascii="Calibri" w:hAnsi="Calibri" w:cs="Calibri"/>
        </w:rPr>
      </w:pPr>
      <w:r w:rsidRPr="00E179CE">
        <w:rPr>
          <w:rFonts w:ascii="Calibri" w:hAnsi="Calibri" w:cs="Calibri"/>
        </w:rPr>
        <w:t>Filmmakers</w:t>
      </w:r>
    </w:p>
    <w:p w14:paraId="1D15DDEE" w14:textId="77777777" w:rsidR="001E5DB8" w:rsidRPr="00E179CE" w:rsidRDefault="001E5DB8" w:rsidP="001E5DB8">
      <w:pPr>
        <w:numPr>
          <w:ilvl w:val="0"/>
          <w:numId w:val="34"/>
        </w:numPr>
        <w:spacing w:after="160" w:line="278" w:lineRule="auto"/>
        <w:rPr>
          <w:rFonts w:ascii="Calibri" w:hAnsi="Calibri" w:cs="Calibri"/>
        </w:rPr>
      </w:pPr>
      <w:r w:rsidRPr="00E179CE">
        <w:rPr>
          <w:rFonts w:ascii="Calibri" w:hAnsi="Calibri" w:cs="Calibri"/>
        </w:rPr>
        <w:t>AI experts</w:t>
      </w:r>
    </w:p>
    <w:p w14:paraId="6AEFC0C9" w14:textId="77777777" w:rsidR="001E5DB8" w:rsidRPr="00E179CE" w:rsidRDefault="001E5DB8" w:rsidP="001E5DB8">
      <w:pPr>
        <w:numPr>
          <w:ilvl w:val="0"/>
          <w:numId w:val="34"/>
        </w:numPr>
        <w:spacing w:after="160" w:line="278" w:lineRule="auto"/>
        <w:rPr>
          <w:rFonts w:ascii="Calibri" w:hAnsi="Calibri" w:cs="Calibri"/>
        </w:rPr>
      </w:pPr>
      <w:r w:rsidRPr="00E179CE">
        <w:rPr>
          <w:rFonts w:ascii="Calibri" w:hAnsi="Calibri" w:cs="Calibri"/>
        </w:rPr>
        <w:t>Technology professionals</w:t>
      </w:r>
    </w:p>
    <w:p w14:paraId="0AC3CA3F" w14:textId="77777777" w:rsidR="001E5DB8" w:rsidRPr="00E179CE" w:rsidRDefault="001E5DB8" w:rsidP="001E5DB8">
      <w:pPr>
        <w:numPr>
          <w:ilvl w:val="0"/>
          <w:numId w:val="34"/>
        </w:numPr>
        <w:spacing w:after="160" w:line="278" w:lineRule="auto"/>
        <w:rPr>
          <w:rFonts w:ascii="Calibri" w:hAnsi="Calibri" w:cs="Calibri"/>
        </w:rPr>
      </w:pPr>
      <w:r w:rsidRPr="00E179CE">
        <w:rPr>
          <w:rFonts w:ascii="Calibri" w:hAnsi="Calibri" w:cs="Calibri"/>
        </w:rPr>
        <w:t>Creative artists</w:t>
      </w:r>
    </w:p>
    <w:p w14:paraId="143283AB" w14:textId="77777777" w:rsidR="001E5DB8" w:rsidRPr="00E179CE" w:rsidRDefault="001E5DB8" w:rsidP="001E5DB8">
      <w:pPr>
        <w:numPr>
          <w:ilvl w:val="0"/>
          <w:numId w:val="34"/>
        </w:numPr>
        <w:spacing w:after="160" w:line="278" w:lineRule="auto"/>
        <w:rPr>
          <w:rFonts w:ascii="Calibri" w:hAnsi="Calibri" w:cs="Calibri"/>
        </w:rPr>
      </w:pPr>
      <w:r w:rsidRPr="00E179CE">
        <w:rPr>
          <w:rFonts w:ascii="Calibri" w:hAnsi="Calibri" w:cs="Calibri"/>
        </w:rPr>
        <w:t>Industry representatives</w:t>
      </w:r>
    </w:p>
    <w:p w14:paraId="70F1F41C" w14:textId="77777777" w:rsidR="001E5DB8" w:rsidRPr="00E179CE" w:rsidRDefault="001E5DB8" w:rsidP="001E5DB8">
      <w:pPr>
        <w:numPr>
          <w:ilvl w:val="0"/>
          <w:numId w:val="35"/>
        </w:numPr>
        <w:spacing w:after="160" w:line="278" w:lineRule="auto"/>
        <w:rPr>
          <w:rFonts w:ascii="Calibri" w:hAnsi="Calibri" w:cs="Calibri"/>
        </w:rPr>
      </w:pPr>
      <w:r w:rsidRPr="00E179CE">
        <w:rPr>
          <w:rFonts w:ascii="Calibri" w:hAnsi="Calibri" w:cs="Calibri"/>
        </w:rPr>
        <w:t>Selection will be based on:</w:t>
      </w:r>
    </w:p>
    <w:p w14:paraId="0D2ED0D5"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Creativity</w:t>
      </w:r>
    </w:p>
    <w:p w14:paraId="580E3C31"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Storytelling quality</w:t>
      </w:r>
    </w:p>
    <w:p w14:paraId="35280236"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Innovation</w:t>
      </w:r>
    </w:p>
    <w:p w14:paraId="5AE9A65C"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Effective use of AI technology</w:t>
      </w:r>
    </w:p>
    <w:p w14:paraId="50A001F8"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Artistic expression</w:t>
      </w:r>
    </w:p>
    <w:p w14:paraId="25786C2D" w14:textId="77777777" w:rsidR="001E5DB8" w:rsidRPr="00E179CE" w:rsidRDefault="001E5DB8" w:rsidP="001E5DB8">
      <w:pPr>
        <w:numPr>
          <w:ilvl w:val="0"/>
          <w:numId w:val="36"/>
        </w:numPr>
        <w:spacing w:after="160" w:line="278" w:lineRule="auto"/>
        <w:rPr>
          <w:rFonts w:ascii="Calibri" w:hAnsi="Calibri" w:cs="Calibri"/>
        </w:rPr>
      </w:pPr>
      <w:r w:rsidRPr="00E179CE">
        <w:rPr>
          <w:rFonts w:ascii="Calibri" w:hAnsi="Calibri" w:cs="Calibri"/>
        </w:rPr>
        <w:t>Future impact</w:t>
      </w:r>
    </w:p>
    <w:p w14:paraId="17DAAF1A" w14:textId="77777777" w:rsidR="001E5DB8" w:rsidRPr="00E179CE" w:rsidRDefault="001E5DB8" w:rsidP="001E5DB8">
      <w:pPr>
        <w:numPr>
          <w:ilvl w:val="0"/>
          <w:numId w:val="37"/>
        </w:numPr>
        <w:spacing w:after="160" w:line="278" w:lineRule="auto"/>
        <w:rPr>
          <w:rFonts w:ascii="Calibri" w:hAnsi="Calibri" w:cs="Calibri"/>
        </w:rPr>
      </w:pPr>
      <w:r w:rsidRPr="00E179CE">
        <w:rPr>
          <w:rFonts w:ascii="Calibri" w:hAnsi="Calibri" w:cs="Calibri"/>
        </w:rPr>
        <w:t>The jury's decision will be final.</w:t>
      </w:r>
    </w:p>
    <w:p w14:paraId="3B7C2720" w14:textId="77777777" w:rsidR="001E5DB8" w:rsidRPr="00E179CE" w:rsidRDefault="00000000" w:rsidP="001E5DB8">
      <w:pPr>
        <w:rPr>
          <w:rFonts w:ascii="Calibri" w:hAnsi="Calibri" w:cs="Calibri"/>
        </w:rPr>
      </w:pPr>
      <w:r>
        <w:rPr>
          <w:rFonts w:ascii="Calibri" w:hAnsi="Calibri" w:cs="Calibri"/>
        </w:rPr>
        <w:pict w14:anchorId="0F86DCE5">
          <v:rect id="_x0000_i1041" style="width:0;height:1.5pt" o:hralign="center" o:hrstd="t" o:hr="t" fillcolor="#a0a0a0" stroked="f"/>
        </w:pict>
      </w:r>
    </w:p>
    <w:p w14:paraId="24F5D6AF" w14:textId="77777777" w:rsidR="001E5DB8" w:rsidRPr="00E179CE" w:rsidRDefault="001E5DB8" w:rsidP="001E5DB8">
      <w:pPr>
        <w:rPr>
          <w:rFonts w:ascii="Calibri" w:hAnsi="Calibri" w:cs="Calibri"/>
          <w:b/>
          <w:bCs/>
        </w:rPr>
      </w:pPr>
      <w:r w:rsidRPr="00E179CE">
        <w:rPr>
          <w:rFonts w:ascii="Calibri" w:hAnsi="Calibri" w:cs="Calibri"/>
          <w:b/>
          <w:bCs/>
        </w:rPr>
        <w:lastRenderedPageBreak/>
        <w:t>8. Screening &amp; Promotion Rights</w:t>
      </w:r>
    </w:p>
    <w:p w14:paraId="0639CC2C" w14:textId="77777777" w:rsidR="001E5DB8" w:rsidRPr="00E179CE" w:rsidRDefault="001E5DB8" w:rsidP="001E5DB8">
      <w:pPr>
        <w:rPr>
          <w:rFonts w:ascii="Calibri" w:hAnsi="Calibri" w:cs="Calibri"/>
        </w:rPr>
      </w:pPr>
      <w:r w:rsidRPr="00E179CE">
        <w:rPr>
          <w:rFonts w:ascii="Calibri" w:hAnsi="Calibri" w:cs="Calibri"/>
        </w:rPr>
        <w:t>By submitting a film, participants grant WAICF permission to:</w:t>
      </w:r>
    </w:p>
    <w:p w14:paraId="725A6A3B" w14:textId="77777777" w:rsidR="001E5DB8" w:rsidRPr="00E179CE" w:rsidRDefault="001E5DB8" w:rsidP="001E5DB8">
      <w:pPr>
        <w:numPr>
          <w:ilvl w:val="0"/>
          <w:numId w:val="38"/>
        </w:numPr>
        <w:spacing w:after="160" w:line="278" w:lineRule="auto"/>
        <w:rPr>
          <w:rFonts w:ascii="Calibri" w:hAnsi="Calibri" w:cs="Calibri"/>
        </w:rPr>
      </w:pPr>
      <w:r w:rsidRPr="00E179CE">
        <w:rPr>
          <w:rFonts w:ascii="Calibri" w:hAnsi="Calibri" w:cs="Calibri"/>
        </w:rPr>
        <w:t>Screen selected films during the festival</w:t>
      </w:r>
    </w:p>
    <w:p w14:paraId="11AA46C2" w14:textId="77777777" w:rsidR="001E5DB8" w:rsidRPr="00E179CE" w:rsidRDefault="001E5DB8" w:rsidP="001E5DB8">
      <w:pPr>
        <w:numPr>
          <w:ilvl w:val="0"/>
          <w:numId w:val="38"/>
        </w:numPr>
        <w:spacing w:after="160" w:line="278" w:lineRule="auto"/>
        <w:rPr>
          <w:rFonts w:ascii="Calibri" w:hAnsi="Calibri" w:cs="Calibri"/>
        </w:rPr>
      </w:pPr>
      <w:r w:rsidRPr="00E179CE">
        <w:rPr>
          <w:rFonts w:ascii="Calibri" w:hAnsi="Calibri" w:cs="Calibri"/>
        </w:rPr>
        <w:t>Use film posters, stills and trailers for promotional purposes</w:t>
      </w:r>
    </w:p>
    <w:p w14:paraId="4C69348D" w14:textId="77777777" w:rsidR="001E5DB8" w:rsidRPr="00E179CE" w:rsidRDefault="001E5DB8" w:rsidP="001E5DB8">
      <w:pPr>
        <w:numPr>
          <w:ilvl w:val="0"/>
          <w:numId w:val="38"/>
        </w:numPr>
        <w:spacing w:after="160" w:line="278" w:lineRule="auto"/>
        <w:rPr>
          <w:rFonts w:ascii="Calibri" w:hAnsi="Calibri" w:cs="Calibri"/>
        </w:rPr>
      </w:pPr>
      <w:r w:rsidRPr="00E179CE">
        <w:rPr>
          <w:rFonts w:ascii="Calibri" w:hAnsi="Calibri" w:cs="Calibri"/>
        </w:rPr>
        <w:t>Promote selected works through festival platforms and media channels</w:t>
      </w:r>
    </w:p>
    <w:p w14:paraId="7B11E846" w14:textId="77777777" w:rsidR="001E5DB8" w:rsidRPr="00E179CE" w:rsidRDefault="001E5DB8" w:rsidP="001E5DB8">
      <w:pPr>
        <w:rPr>
          <w:rFonts w:ascii="Calibri" w:hAnsi="Calibri" w:cs="Calibri"/>
        </w:rPr>
      </w:pPr>
      <w:r w:rsidRPr="00E179CE">
        <w:rPr>
          <w:rFonts w:ascii="Calibri" w:hAnsi="Calibri" w:cs="Calibri"/>
        </w:rPr>
        <w:t>No commercial rights are transferred.</w:t>
      </w:r>
    </w:p>
    <w:p w14:paraId="7908CA93" w14:textId="77777777" w:rsidR="001E5DB8" w:rsidRPr="00E179CE" w:rsidRDefault="00000000" w:rsidP="001E5DB8">
      <w:pPr>
        <w:rPr>
          <w:rFonts w:ascii="Calibri" w:hAnsi="Calibri" w:cs="Calibri"/>
        </w:rPr>
      </w:pPr>
      <w:r>
        <w:rPr>
          <w:rFonts w:ascii="Calibri" w:hAnsi="Calibri" w:cs="Calibri"/>
        </w:rPr>
        <w:pict w14:anchorId="43D4FB75">
          <v:rect id="_x0000_i1042" style="width:0;height:1.5pt" o:hralign="center" o:hrstd="t" o:hr="t" fillcolor="#a0a0a0" stroked="f"/>
        </w:pict>
      </w:r>
    </w:p>
    <w:p w14:paraId="61506110" w14:textId="77777777" w:rsidR="001E5DB8" w:rsidRPr="00E179CE" w:rsidRDefault="001E5DB8" w:rsidP="001E5DB8">
      <w:pPr>
        <w:rPr>
          <w:rFonts w:ascii="Calibri" w:hAnsi="Calibri" w:cs="Calibri"/>
          <w:b/>
          <w:bCs/>
        </w:rPr>
      </w:pPr>
      <w:r w:rsidRPr="00E179CE">
        <w:rPr>
          <w:rFonts w:ascii="Calibri" w:hAnsi="Calibri" w:cs="Calibri"/>
          <w:b/>
          <w:bCs/>
        </w:rPr>
        <w:t>9. Awards &amp; Recognition</w:t>
      </w:r>
    </w:p>
    <w:p w14:paraId="63A87FCC" w14:textId="77777777" w:rsidR="001E5DB8" w:rsidRPr="00E179CE" w:rsidRDefault="001E5DB8" w:rsidP="001E5DB8">
      <w:pPr>
        <w:rPr>
          <w:rFonts w:ascii="Calibri" w:hAnsi="Calibri" w:cs="Calibri"/>
        </w:rPr>
      </w:pPr>
      <w:r w:rsidRPr="00E179CE">
        <w:rPr>
          <w:rFonts w:ascii="Calibri" w:hAnsi="Calibri" w:cs="Calibri"/>
        </w:rPr>
        <w:t>Selected winners will receive:</w:t>
      </w:r>
    </w:p>
    <w:p w14:paraId="523B9EE8" w14:textId="77777777" w:rsidR="001E5DB8" w:rsidRPr="00E179CE" w:rsidRDefault="001E5DB8" w:rsidP="001E5DB8">
      <w:pPr>
        <w:numPr>
          <w:ilvl w:val="0"/>
          <w:numId w:val="39"/>
        </w:numPr>
        <w:spacing w:after="160" w:line="278" w:lineRule="auto"/>
        <w:rPr>
          <w:rFonts w:ascii="Calibri" w:hAnsi="Calibri" w:cs="Calibri"/>
        </w:rPr>
      </w:pPr>
      <w:r w:rsidRPr="00E179CE">
        <w:rPr>
          <w:rFonts w:ascii="Calibri" w:hAnsi="Calibri" w:cs="Calibri"/>
        </w:rPr>
        <w:t>Official WAICF Award Certificate</w:t>
      </w:r>
    </w:p>
    <w:p w14:paraId="544C1667" w14:textId="77777777" w:rsidR="001E5DB8" w:rsidRPr="00E179CE" w:rsidRDefault="001E5DB8" w:rsidP="001E5DB8">
      <w:pPr>
        <w:numPr>
          <w:ilvl w:val="0"/>
          <w:numId w:val="39"/>
        </w:numPr>
        <w:spacing w:after="160" w:line="278" w:lineRule="auto"/>
        <w:rPr>
          <w:rFonts w:ascii="Calibri" w:hAnsi="Calibri" w:cs="Calibri"/>
        </w:rPr>
      </w:pPr>
      <w:r w:rsidRPr="00E179CE">
        <w:rPr>
          <w:rFonts w:ascii="Calibri" w:hAnsi="Calibri" w:cs="Calibri"/>
        </w:rPr>
        <w:t>Trophy/Award (where applicable)</w:t>
      </w:r>
    </w:p>
    <w:p w14:paraId="06044B62" w14:textId="77777777" w:rsidR="001E5DB8" w:rsidRPr="00E179CE" w:rsidRDefault="001E5DB8" w:rsidP="001E5DB8">
      <w:pPr>
        <w:numPr>
          <w:ilvl w:val="0"/>
          <w:numId w:val="39"/>
        </w:numPr>
        <w:spacing w:after="160" w:line="278" w:lineRule="auto"/>
        <w:rPr>
          <w:rFonts w:ascii="Calibri" w:hAnsi="Calibri" w:cs="Calibri"/>
        </w:rPr>
      </w:pPr>
      <w:r w:rsidRPr="00E179CE">
        <w:rPr>
          <w:rFonts w:ascii="Calibri" w:hAnsi="Calibri" w:cs="Calibri"/>
        </w:rPr>
        <w:t>International recognition</w:t>
      </w:r>
    </w:p>
    <w:p w14:paraId="6DCC9988" w14:textId="77777777" w:rsidR="001E5DB8" w:rsidRPr="00E179CE" w:rsidRDefault="001E5DB8" w:rsidP="001E5DB8">
      <w:pPr>
        <w:numPr>
          <w:ilvl w:val="0"/>
          <w:numId w:val="39"/>
        </w:numPr>
        <w:spacing w:after="160" w:line="278" w:lineRule="auto"/>
        <w:rPr>
          <w:rFonts w:ascii="Calibri" w:hAnsi="Calibri" w:cs="Calibri"/>
        </w:rPr>
      </w:pPr>
      <w:r w:rsidRPr="00E179CE">
        <w:rPr>
          <w:rFonts w:ascii="Calibri" w:hAnsi="Calibri" w:cs="Calibri"/>
        </w:rPr>
        <w:t>Promotion through WAICF, Film Dais and associated global cinema platforms</w:t>
      </w:r>
    </w:p>
    <w:p w14:paraId="5D2AF9AE" w14:textId="77777777" w:rsidR="001E5DB8" w:rsidRPr="00E179CE" w:rsidRDefault="00000000" w:rsidP="001E5DB8">
      <w:pPr>
        <w:rPr>
          <w:rFonts w:ascii="Calibri" w:hAnsi="Calibri" w:cs="Calibri"/>
        </w:rPr>
      </w:pPr>
      <w:r>
        <w:rPr>
          <w:rFonts w:ascii="Calibri" w:hAnsi="Calibri" w:cs="Calibri"/>
        </w:rPr>
        <w:pict w14:anchorId="5CBF8F2B">
          <v:rect id="_x0000_i1043" style="width:0;height:1.5pt" o:hralign="center" o:hrstd="t" o:hr="t" fillcolor="#a0a0a0" stroked="f"/>
        </w:pict>
      </w:r>
    </w:p>
    <w:p w14:paraId="54B96B0A" w14:textId="77777777" w:rsidR="001E5DB8" w:rsidRPr="00E179CE" w:rsidRDefault="001E5DB8" w:rsidP="001E5DB8">
      <w:pPr>
        <w:rPr>
          <w:rFonts w:ascii="Calibri" w:hAnsi="Calibri" w:cs="Calibri"/>
          <w:b/>
          <w:bCs/>
        </w:rPr>
      </w:pPr>
      <w:r w:rsidRPr="00E179CE">
        <w:rPr>
          <w:rFonts w:ascii="Calibri" w:hAnsi="Calibri" w:cs="Calibri"/>
          <w:b/>
          <w:bCs/>
        </w:rPr>
        <w:t>10. Ethical AI Guidelines</w:t>
      </w:r>
    </w:p>
    <w:p w14:paraId="684C4EE0" w14:textId="77777777" w:rsidR="001E5DB8" w:rsidRPr="00E179CE" w:rsidRDefault="001E5DB8" w:rsidP="001E5DB8">
      <w:pPr>
        <w:rPr>
          <w:rFonts w:ascii="Calibri" w:hAnsi="Calibri" w:cs="Calibri"/>
        </w:rPr>
      </w:pPr>
      <w:r w:rsidRPr="00E179CE">
        <w:rPr>
          <w:rFonts w:ascii="Calibri" w:hAnsi="Calibri" w:cs="Calibri"/>
        </w:rPr>
        <w:t>WAICF encourages responsible and ethical use of Artificial Intelligence.</w:t>
      </w:r>
    </w:p>
    <w:p w14:paraId="527AC4F6" w14:textId="77777777" w:rsidR="001E5DB8" w:rsidRPr="00E179CE" w:rsidRDefault="001E5DB8" w:rsidP="001E5DB8">
      <w:pPr>
        <w:rPr>
          <w:rFonts w:ascii="Calibri" w:hAnsi="Calibri" w:cs="Calibri"/>
        </w:rPr>
      </w:pPr>
      <w:r w:rsidRPr="00E179CE">
        <w:rPr>
          <w:rFonts w:ascii="Calibri" w:hAnsi="Calibri" w:cs="Calibri"/>
        </w:rPr>
        <w:t>Submitted works should respect:</w:t>
      </w:r>
    </w:p>
    <w:p w14:paraId="4AE2E630" w14:textId="77777777" w:rsidR="001E5DB8" w:rsidRPr="00E179CE" w:rsidRDefault="001E5DB8" w:rsidP="001E5DB8">
      <w:pPr>
        <w:numPr>
          <w:ilvl w:val="0"/>
          <w:numId w:val="40"/>
        </w:numPr>
        <w:spacing w:after="160" w:line="278" w:lineRule="auto"/>
        <w:rPr>
          <w:rFonts w:ascii="Calibri" w:hAnsi="Calibri" w:cs="Calibri"/>
        </w:rPr>
      </w:pPr>
      <w:r w:rsidRPr="00E179CE">
        <w:rPr>
          <w:rFonts w:ascii="Calibri" w:hAnsi="Calibri" w:cs="Calibri"/>
        </w:rPr>
        <w:t>Human creativity</w:t>
      </w:r>
    </w:p>
    <w:p w14:paraId="7DA58A96" w14:textId="77777777" w:rsidR="001E5DB8" w:rsidRPr="00E179CE" w:rsidRDefault="001E5DB8" w:rsidP="001E5DB8">
      <w:pPr>
        <w:numPr>
          <w:ilvl w:val="0"/>
          <w:numId w:val="40"/>
        </w:numPr>
        <w:spacing w:after="160" w:line="278" w:lineRule="auto"/>
        <w:rPr>
          <w:rFonts w:ascii="Calibri" w:hAnsi="Calibri" w:cs="Calibri"/>
        </w:rPr>
      </w:pPr>
      <w:r w:rsidRPr="00E179CE">
        <w:rPr>
          <w:rFonts w:ascii="Calibri" w:hAnsi="Calibri" w:cs="Calibri"/>
        </w:rPr>
        <w:t>Copyright principles</w:t>
      </w:r>
    </w:p>
    <w:p w14:paraId="52C2A3D0" w14:textId="77777777" w:rsidR="001E5DB8" w:rsidRPr="00E179CE" w:rsidRDefault="001E5DB8" w:rsidP="001E5DB8">
      <w:pPr>
        <w:numPr>
          <w:ilvl w:val="0"/>
          <w:numId w:val="40"/>
        </w:numPr>
        <w:spacing w:after="160" w:line="278" w:lineRule="auto"/>
        <w:rPr>
          <w:rFonts w:ascii="Calibri" w:hAnsi="Calibri" w:cs="Calibri"/>
        </w:rPr>
      </w:pPr>
      <w:r w:rsidRPr="00E179CE">
        <w:rPr>
          <w:rFonts w:ascii="Calibri" w:hAnsi="Calibri" w:cs="Calibri"/>
        </w:rPr>
        <w:t>Cultural diversity</w:t>
      </w:r>
    </w:p>
    <w:p w14:paraId="10133E34" w14:textId="77777777" w:rsidR="001E5DB8" w:rsidRPr="00E179CE" w:rsidRDefault="001E5DB8" w:rsidP="001E5DB8">
      <w:pPr>
        <w:numPr>
          <w:ilvl w:val="0"/>
          <w:numId w:val="40"/>
        </w:numPr>
        <w:spacing w:after="160" w:line="278" w:lineRule="auto"/>
        <w:rPr>
          <w:rFonts w:ascii="Calibri" w:hAnsi="Calibri" w:cs="Calibri"/>
        </w:rPr>
      </w:pPr>
      <w:r w:rsidRPr="00E179CE">
        <w:rPr>
          <w:rFonts w:ascii="Calibri" w:hAnsi="Calibri" w:cs="Calibri"/>
        </w:rPr>
        <w:t>Responsible technology practices</w:t>
      </w:r>
    </w:p>
    <w:p w14:paraId="4D4609FC" w14:textId="77777777" w:rsidR="001E5DB8" w:rsidRPr="00E179CE" w:rsidRDefault="001E5DB8" w:rsidP="001E5DB8">
      <w:pPr>
        <w:rPr>
          <w:rFonts w:ascii="Calibri" w:hAnsi="Calibri" w:cs="Calibri"/>
        </w:rPr>
      </w:pPr>
      <w:r w:rsidRPr="00E179CE">
        <w:rPr>
          <w:rFonts w:ascii="Calibri" w:hAnsi="Calibri" w:cs="Calibri"/>
        </w:rPr>
        <w:t>AI should be used as a creative partner to expand imagination and storytelling possibilities.</w:t>
      </w:r>
    </w:p>
    <w:p w14:paraId="12F9F220" w14:textId="77777777" w:rsidR="001E5DB8" w:rsidRPr="00E179CE" w:rsidRDefault="00000000" w:rsidP="001E5DB8">
      <w:pPr>
        <w:rPr>
          <w:rFonts w:ascii="Calibri" w:hAnsi="Calibri" w:cs="Calibri"/>
        </w:rPr>
      </w:pPr>
      <w:r>
        <w:rPr>
          <w:rFonts w:ascii="Calibri" w:hAnsi="Calibri" w:cs="Calibri"/>
        </w:rPr>
        <w:pict w14:anchorId="3BE45264">
          <v:rect id="_x0000_i1044" style="width:0;height:1.5pt" o:hralign="center" o:hrstd="t" o:hr="t" fillcolor="#a0a0a0" stroked="f"/>
        </w:pict>
      </w:r>
    </w:p>
    <w:p w14:paraId="19CA667B" w14:textId="77777777" w:rsidR="001E5DB8" w:rsidRPr="00AB3A1E" w:rsidRDefault="001E5DB8" w:rsidP="001E5DB8">
      <w:pPr>
        <w:rPr>
          <w:rFonts w:ascii="Calibri" w:hAnsi="Calibri" w:cs="Calibri"/>
          <w:b/>
          <w:bCs/>
          <w:lang w:val="en-IN"/>
        </w:rPr>
      </w:pPr>
      <w:r w:rsidRPr="00E179CE">
        <w:rPr>
          <w:rFonts w:ascii="Calibri" w:hAnsi="Calibri" w:cs="Calibri"/>
          <w:b/>
          <w:bCs/>
        </w:rPr>
        <w:t xml:space="preserve">11. More </w:t>
      </w:r>
      <w:r w:rsidRPr="00AB3A1E">
        <w:rPr>
          <w:rFonts w:ascii="Calibri" w:hAnsi="Calibri" w:cs="Calibri"/>
          <w:b/>
          <w:bCs/>
          <w:lang w:val="en-IN"/>
        </w:rPr>
        <w:t>Rules &amp; Regulations</w:t>
      </w:r>
      <w:r w:rsidRPr="00E179CE">
        <w:rPr>
          <w:rFonts w:ascii="Calibri" w:hAnsi="Calibri" w:cs="Calibri"/>
          <w:b/>
          <w:bCs/>
          <w:lang w:val="en-IN"/>
        </w:rPr>
        <w:t xml:space="preserve"> (B)</w:t>
      </w:r>
    </w:p>
    <w:p w14:paraId="04CA40A6"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 xml:space="preserve">All AI-generated, AI-assisted, Human + AI collaborative films, documentaries and creative works produced between January 2024 to February 2027 with a running duration of </w:t>
      </w:r>
      <w:r w:rsidRPr="00E179CE">
        <w:rPr>
          <w:rFonts w:ascii="Calibri" w:hAnsi="Calibri" w:cs="Calibri"/>
          <w:lang w:val="en-IN"/>
        </w:rPr>
        <w:t>1 minute</w:t>
      </w:r>
      <w:r w:rsidRPr="00AB3A1E">
        <w:rPr>
          <w:rFonts w:ascii="Calibri" w:hAnsi="Calibri" w:cs="Calibri"/>
          <w:lang w:val="en-IN"/>
        </w:rPr>
        <w:t xml:space="preserve"> to 180 minutes are eligible for the festival and awards.</w:t>
      </w:r>
    </w:p>
    <w:p w14:paraId="5E1ECA1D"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lastRenderedPageBreak/>
        <w:t>Entries of all films/creative works (hereafter collectively called Films) shall be accepted through Online Screener, Digital File Submission or Secure Online Link with Password.</w:t>
      </w:r>
    </w:p>
    <w:p w14:paraId="5E3CA202"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After nomination/selection, participants may be required to submit the final screening file without watermark, advertisements or promotional interruptions.</w:t>
      </w:r>
    </w:p>
    <w:p w14:paraId="57202102"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If a film is not eligible to be entered in any specific category, it may be considered for Best AI Creative Film / Critics Choice Award at the discretion of the festival jury.</w:t>
      </w:r>
    </w:p>
    <w:p w14:paraId="069F345A"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 complete list of officially selected films in each category shall be published on the official festival website.</w:t>
      </w:r>
    </w:p>
    <w:p w14:paraId="24A82661"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Applicants shall be responsible for providing all required submission materials, including film details, synopsis, creator profile, poster, still photographs, credits and AI technology details.</w:t>
      </w:r>
    </w:p>
    <w:p w14:paraId="61D52E3A"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Transportation, courier, insurance, customs duties or any other charges related to submission materials from the country of origin to the festival office shall be borne by the applicant.</w:t>
      </w:r>
    </w:p>
    <w:p w14:paraId="4A5B62DA"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Government censorship certification shall not be applicable to films/videos submitted to the festival.</w:t>
      </w:r>
    </w:p>
    <w:p w14:paraId="2EEC21BC"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Entry forms with incorrect, incomplete, inadequate, illegible or ambiguous information may not be considered for selection.</w:t>
      </w:r>
    </w:p>
    <w:p w14:paraId="33D6E949"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The festival reserves the right to classify submitted films into appropriate categories according to the festival guidelines.</w:t>
      </w:r>
    </w:p>
    <w:p w14:paraId="56C07401"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Awards and certificates shall be awarded to the Director(s), Producer(s), Creator(s) or eligible participants of the film.</w:t>
      </w:r>
    </w:p>
    <w:p w14:paraId="302F2614"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Any duties, taxes, courier charges, transportation expenses or other charges related to receiving trophies/awards outside the festival venue shall be borne by the recipient.</w:t>
      </w:r>
    </w:p>
    <w:p w14:paraId="1BD48D55"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All shortlisted/selected entries will receive an official festival certificate.</w:t>
      </w:r>
    </w:p>
    <w:p w14:paraId="443EB4F8"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Participants may submit one or more entries. There is no limit on the number of submissions.</w:t>
      </w:r>
    </w:p>
    <w:p w14:paraId="34B165B0"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Once a film is officially selected and included in the final festival programme, it shall not be allowed to be withdrawn under any circumstances until the completion of the festival.</w:t>
      </w:r>
    </w:p>
    <w:p w14:paraId="1496D161"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The festival may organise maximum up to five screenings of any selected film as per international festival practices.</w:t>
      </w:r>
    </w:p>
    <w:p w14:paraId="78EB31CE"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lastRenderedPageBreak/>
        <w:t>Online preview links of films may be submitted for selection purposes through a secure password-protected link as per the announced submission deadline.</w:t>
      </w:r>
    </w:p>
    <w:p w14:paraId="71E2952F"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Submission of a film to WAICF implies acceptance of all festival rules and regulations.</w:t>
      </w:r>
    </w:p>
    <w:p w14:paraId="1C8214E7"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The decisions of the Festival Authority and Jury regarding selection, awards, category classification and interpretation of any clause shall be final and binding on all participants.</w:t>
      </w:r>
    </w:p>
    <w:p w14:paraId="456899E4" w14:textId="77777777" w:rsidR="001E5DB8" w:rsidRPr="00AB3A1E" w:rsidRDefault="001E5DB8" w:rsidP="001E5DB8">
      <w:pPr>
        <w:numPr>
          <w:ilvl w:val="0"/>
          <w:numId w:val="41"/>
        </w:numPr>
        <w:rPr>
          <w:rFonts w:ascii="Calibri" w:hAnsi="Calibri" w:cs="Calibri"/>
          <w:lang w:val="en-IN"/>
        </w:rPr>
      </w:pPr>
      <w:r w:rsidRPr="00AB3A1E">
        <w:rPr>
          <w:rFonts w:ascii="Calibri" w:hAnsi="Calibri" w:cs="Calibri"/>
          <w:lang w:val="en-IN"/>
        </w:rPr>
        <w:t>WAICF encourages responsible, ethical and creative use of Artificial Intelligence while celebrating innovation, imagination and the future of cinema.</w:t>
      </w:r>
    </w:p>
    <w:p w14:paraId="58E48D9A" w14:textId="77777777" w:rsidR="001E5DB8" w:rsidRDefault="001E5DB8" w:rsidP="001E5DB8">
      <w:pPr>
        <w:rPr>
          <w:rFonts w:ascii="Calibri" w:hAnsi="Calibri" w:cs="Calibri"/>
          <w:b/>
          <w:bCs/>
        </w:rPr>
      </w:pPr>
    </w:p>
    <w:p w14:paraId="08C39025" w14:textId="089CB7C3" w:rsidR="00EA0F38" w:rsidRPr="00E44169" w:rsidRDefault="004A4FA6" w:rsidP="009008F2">
      <w:pPr>
        <w:rPr>
          <w:rFonts w:ascii="Calibri" w:hAnsi="Calibri" w:cs="Calibri"/>
          <w:b/>
          <w:bCs/>
          <w:sz w:val="24"/>
          <w:szCs w:val="24"/>
          <w:lang w:val="en-IN"/>
        </w:rPr>
      </w:pPr>
      <w:r w:rsidRPr="00E44169">
        <w:rPr>
          <w:rFonts w:ascii="Calibri" w:hAnsi="Calibri" w:cs="Calibri"/>
          <w:b/>
          <w:bCs/>
          <w:sz w:val="24"/>
          <w:szCs w:val="24"/>
          <w:lang w:val="en-IN"/>
        </w:rPr>
        <w:t xml:space="preserve">For more: </w:t>
      </w:r>
      <w:hyperlink r:id="rId13" w:history="1">
        <w:r w:rsidRPr="00E44169">
          <w:rPr>
            <w:rStyle w:val="Hyperlink"/>
            <w:rFonts w:ascii="Calibri" w:hAnsi="Calibri" w:cs="Calibri"/>
            <w:lang w:val="en-IN"/>
          </w:rPr>
          <w:t>https://filmdais.com/aifilmfestival.php</w:t>
        </w:r>
      </w:hyperlink>
      <w:r w:rsidRPr="00E44169">
        <w:rPr>
          <w:rFonts w:ascii="Calibri" w:hAnsi="Calibri" w:cs="Calibri"/>
          <w:b/>
          <w:bCs/>
          <w:sz w:val="24"/>
          <w:szCs w:val="24"/>
          <w:lang w:val="en-IN"/>
        </w:rPr>
        <w:t xml:space="preserve"> </w:t>
      </w:r>
    </w:p>
    <w:p w14:paraId="5AA9AA7B" w14:textId="77777777" w:rsidR="00EA0F38" w:rsidRDefault="00EA0F38" w:rsidP="009008F2">
      <w:pPr>
        <w:rPr>
          <w:rFonts w:ascii="Calibri" w:hAnsi="Calibri" w:cs="Calibri"/>
          <w:b/>
          <w:bCs/>
          <w:sz w:val="32"/>
          <w:szCs w:val="32"/>
          <w:lang w:val="en-IN"/>
        </w:rPr>
      </w:pPr>
    </w:p>
    <w:p w14:paraId="615F6E6E" w14:textId="77777777" w:rsidR="00EA0F38" w:rsidRDefault="00EA0F38" w:rsidP="009008F2">
      <w:pPr>
        <w:rPr>
          <w:rFonts w:ascii="Calibri" w:hAnsi="Calibri" w:cs="Calibri"/>
          <w:b/>
          <w:bCs/>
          <w:sz w:val="32"/>
          <w:szCs w:val="32"/>
          <w:lang w:val="en-IN"/>
        </w:rPr>
      </w:pPr>
    </w:p>
    <w:p w14:paraId="49CB66B0" w14:textId="77777777" w:rsidR="00EA0F38" w:rsidRDefault="00EA0F38" w:rsidP="009008F2">
      <w:pPr>
        <w:rPr>
          <w:rFonts w:ascii="Calibri" w:hAnsi="Calibri" w:cs="Calibri"/>
          <w:b/>
          <w:bCs/>
          <w:sz w:val="32"/>
          <w:szCs w:val="32"/>
          <w:lang w:val="en-IN"/>
        </w:rPr>
      </w:pPr>
    </w:p>
    <w:p w14:paraId="7F93D274" w14:textId="77777777" w:rsidR="00EA0F38" w:rsidRDefault="00EA0F38" w:rsidP="009008F2">
      <w:pPr>
        <w:rPr>
          <w:rFonts w:ascii="Calibri" w:hAnsi="Calibri" w:cs="Calibri"/>
          <w:b/>
          <w:bCs/>
          <w:sz w:val="32"/>
          <w:szCs w:val="32"/>
          <w:lang w:val="en-IN"/>
        </w:rPr>
      </w:pPr>
    </w:p>
    <w:p w14:paraId="7225A529" w14:textId="77777777" w:rsidR="00EA0F38" w:rsidRDefault="00EA0F38" w:rsidP="009008F2">
      <w:pPr>
        <w:rPr>
          <w:rFonts w:ascii="Calibri" w:hAnsi="Calibri" w:cs="Calibri"/>
          <w:b/>
          <w:bCs/>
          <w:sz w:val="32"/>
          <w:szCs w:val="32"/>
          <w:lang w:val="en-IN"/>
        </w:rPr>
      </w:pPr>
    </w:p>
    <w:p w14:paraId="4ADD51B1" w14:textId="77777777" w:rsidR="00EA0F38" w:rsidRDefault="00EA0F38" w:rsidP="009008F2">
      <w:pPr>
        <w:rPr>
          <w:rFonts w:ascii="Calibri" w:hAnsi="Calibri" w:cs="Calibri"/>
          <w:b/>
          <w:bCs/>
          <w:sz w:val="32"/>
          <w:szCs w:val="32"/>
          <w:lang w:val="en-IN"/>
        </w:rPr>
      </w:pPr>
    </w:p>
    <w:p w14:paraId="6D9EBF53" w14:textId="77777777" w:rsidR="00EA0F38" w:rsidRDefault="00EA0F38" w:rsidP="009008F2">
      <w:pPr>
        <w:rPr>
          <w:rFonts w:ascii="Calibri" w:hAnsi="Calibri" w:cs="Calibri"/>
          <w:b/>
          <w:bCs/>
          <w:sz w:val="32"/>
          <w:szCs w:val="32"/>
          <w:lang w:val="en-IN"/>
        </w:rPr>
      </w:pPr>
    </w:p>
    <w:p w14:paraId="7BDC270D" w14:textId="77777777" w:rsidR="00EA0F38" w:rsidRDefault="00EA0F38" w:rsidP="009008F2">
      <w:pPr>
        <w:rPr>
          <w:rFonts w:ascii="Calibri" w:hAnsi="Calibri" w:cs="Calibri"/>
          <w:b/>
          <w:bCs/>
          <w:sz w:val="32"/>
          <w:szCs w:val="32"/>
          <w:lang w:val="en-IN"/>
        </w:rPr>
      </w:pPr>
    </w:p>
    <w:p w14:paraId="090D6066" w14:textId="77777777" w:rsidR="00EA0F38" w:rsidRDefault="00EA0F38" w:rsidP="009008F2">
      <w:pPr>
        <w:rPr>
          <w:rFonts w:ascii="Calibri" w:hAnsi="Calibri" w:cs="Calibri"/>
          <w:b/>
          <w:bCs/>
          <w:sz w:val="32"/>
          <w:szCs w:val="32"/>
          <w:lang w:val="en-IN"/>
        </w:rPr>
      </w:pPr>
    </w:p>
    <w:p w14:paraId="39B7A0B0" w14:textId="77777777" w:rsidR="00EA0F38" w:rsidRDefault="00EA0F38" w:rsidP="009008F2">
      <w:pPr>
        <w:rPr>
          <w:rFonts w:ascii="Calibri" w:hAnsi="Calibri" w:cs="Calibri"/>
          <w:b/>
          <w:bCs/>
          <w:sz w:val="32"/>
          <w:szCs w:val="32"/>
          <w:lang w:val="en-IN"/>
        </w:rPr>
      </w:pPr>
    </w:p>
    <w:p w14:paraId="0BB469E9" w14:textId="77777777" w:rsidR="00EA0F38" w:rsidRDefault="00EA0F38" w:rsidP="009008F2">
      <w:pPr>
        <w:rPr>
          <w:rFonts w:ascii="Calibri" w:hAnsi="Calibri" w:cs="Calibri"/>
          <w:b/>
          <w:bCs/>
          <w:sz w:val="32"/>
          <w:szCs w:val="32"/>
          <w:lang w:val="en-IN"/>
        </w:rPr>
      </w:pPr>
    </w:p>
    <w:p w14:paraId="465669ED" w14:textId="77777777" w:rsidR="00EA0F38" w:rsidRDefault="00EA0F38" w:rsidP="009008F2">
      <w:pPr>
        <w:rPr>
          <w:rFonts w:ascii="Calibri" w:hAnsi="Calibri" w:cs="Calibri"/>
          <w:b/>
          <w:bCs/>
          <w:sz w:val="32"/>
          <w:szCs w:val="32"/>
          <w:lang w:val="en-IN"/>
        </w:rPr>
      </w:pPr>
    </w:p>
    <w:p w14:paraId="03F6F97F" w14:textId="77777777" w:rsidR="00EA0F38" w:rsidRDefault="00EA0F38" w:rsidP="009008F2">
      <w:pPr>
        <w:rPr>
          <w:rFonts w:ascii="Calibri" w:hAnsi="Calibri" w:cs="Calibri"/>
          <w:b/>
          <w:bCs/>
          <w:sz w:val="32"/>
          <w:szCs w:val="32"/>
          <w:lang w:val="en-IN"/>
        </w:rPr>
      </w:pPr>
    </w:p>
    <w:p w14:paraId="3463F126" w14:textId="007E4E07" w:rsidR="009008F2" w:rsidRDefault="009008F2" w:rsidP="009008F2">
      <w:pPr>
        <w:rPr>
          <w:rFonts w:ascii="Calibri" w:hAnsi="Calibri" w:cs="Calibri"/>
          <w:b/>
          <w:bCs/>
          <w:sz w:val="32"/>
          <w:szCs w:val="32"/>
          <w:lang w:val="en-IN"/>
        </w:rPr>
      </w:pPr>
      <w:r w:rsidRPr="009008F2">
        <w:rPr>
          <w:rFonts w:ascii="Calibri" w:hAnsi="Calibri" w:cs="Calibri"/>
          <w:b/>
          <w:bCs/>
          <w:sz w:val="32"/>
          <w:szCs w:val="32"/>
          <w:lang w:val="en-IN"/>
        </w:rPr>
        <w:lastRenderedPageBreak/>
        <w:t>AI FILM SUBMISSION PROCESS</w:t>
      </w:r>
    </w:p>
    <w:p w14:paraId="069C8071" w14:textId="77777777" w:rsidR="000F3875" w:rsidRPr="009008F2" w:rsidRDefault="000F3875" w:rsidP="000F3875">
      <w:pPr>
        <w:rPr>
          <w:rFonts w:ascii="Calibri" w:hAnsi="Calibri" w:cs="Calibri"/>
          <w:lang w:val="en-IN"/>
        </w:rPr>
      </w:pPr>
      <w:r w:rsidRPr="009008F2">
        <w:rPr>
          <w:rFonts w:ascii="Calibri" w:hAnsi="Calibri" w:cs="Calibri"/>
          <w:lang w:val="en-IN"/>
        </w:rPr>
        <w:t>Filmmakers may send their AI Film entry along with the required documents and online screener details to the Festival Office at the following address:</w:t>
      </w:r>
    </w:p>
    <w:p w14:paraId="79271A10" w14:textId="77777777" w:rsidR="009008F2" w:rsidRPr="009008F2" w:rsidRDefault="009008F2" w:rsidP="009008F2">
      <w:pPr>
        <w:rPr>
          <w:rFonts w:ascii="Calibri" w:hAnsi="Calibri" w:cs="Calibri"/>
          <w:b/>
          <w:bCs/>
          <w:lang w:val="en-IN"/>
        </w:rPr>
      </w:pPr>
      <w:r w:rsidRPr="009008F2">
        <w:rPr>
          <w:rFonts w:ascii="Calibri" w:hAnsi="Calibri" w:cs="Calibri"/>
          <w:b/>
          <w:bCs/>
          <w:lang w:val="en-IN"/>
        </w:rPr>
        <w:t>Submission of AI Film Entries</w:t>
      </w:r>
    </w:p>
    <w:p w14:paraId="6C1FE127" w14:textId="77777777" w:rsidR="009008F2" w:rsidRDefault="009008F2" w:rsidP="009008F2">
      <w:pPr>
        <w:rPr>
          <w:rFonts w:ascii="Calibri" w:hAnsi="Calibri" w:cs="Calibri"/>
          <w:lang w:val="en-IN"/>
        </w:rPr>
      </w:pPr>
      <w:r w:rsidRPr="009008F2">
        <w:rPr>
          <w:rFonts w:ascii="Calibri" w:hAnsi="Calibri" w:cs="Calibri"/>
          <w:lang w:val="en-IN"/>
        </w:rPr>
        <w:t>AI Film entries can be submitted through Online Submission, Email Submission, or by Post/Courier.</w:t>
      </w:r>
    </w:p>
    <w:p w14:paraId="16D2C0E6" w14:textId="77777777" w:rsidR="000F3875" w:rsidRDefault="000F3875" w:rsidP="00E12302">
      <w:pPr>
        <w:rPr>
          <w:rFonts w:ascii="Calibri" w:hAnsi="Calibri" w:cs="Calibri"/>
          <w:b/>
          <w:bCs/>
        </w:rPr>
      </w:pPr>
    </w:p>
    <w:p w14:paraId="3ACE91BA" w14:textId="3CF825E6" w:rsidR="009063A9" w:rsidRPr="009063A9" w:rsidRDefault="009063A9" w:rsidP="00E12302">
      <w:pPr>
        <w:rPr>
          <w:rFonts w:ascii="Calibri" w:hAnsi="Calibri" w:cs="Calibri"/>
          <w:b/>
          <w:bCs/>
        </w:rPr>
      </w:pPr>
      <w:r w:rsidRPr="009063A9">
        <w:rPr>
          <w:rFonts w:ascii="Calibri" w:hAnsi="Calibri" w:cs="Calibri"/>
          <w:b/>
          <w:bCs/>
        </w:rPr>
        <w:t>OPTION 1: ONLINE PLATFORM SUBMISSION</w:t>
      </w:r>
    </w:p>
    <w:p w14:paraId="0E3980FD" w14:textId="60265D1A" w:rsidR="00E12302" w:rsidRPr="00E12302" w:rsidRDefault="00E12302" w:rsidP="00E12302">
      <w:pPr>
        <w:rPr>
          <w:rFonts w:ascii="Calibri" w:hAnsi="Calibri" w:cs="Calibri"/>
          <w:lang w:val="en-IN"/>
        </w:rPr>
      </w:pPr>
      <w:r w:rsidRPr="00E12302">
        <w:rPr>
          <w:rFonts w:ascii="Calibri" w:hAnsi="Calibri" w:cs="Calibri"/>
          <w:lang w:val="en-IN"/>
        </w:rPr>
        <w:t>Submit your film</w:t>
      </w:r>
      <w:r w:rsidR="001B038E">
        <w:rPr>
          <w:rFonts w:ascii="Calibri" w:hAnsi="Calibri" w:cs="Calibri"/>
          <w:lang w:val="en-IN"/>
        </w:rPr>
        <w:t>/entry</w:t>
      </w:r>
      <w:r w:rsidRPr="00E12302">
        <w:rPr>
          <w:rFonts w:ascii="Calibri" w:hAnsi="Calibri" w:cs="Calibri"/>
          <w:lang w:val="en-IN"/>
        </w:rPr>
        <w:t xml:space="preserve"> through recognized online submission platforms such as:</w:t>
      </w:r>
    </w:p>
    <w:p w14:paraId="1853CFD8" w14:textId="52F87920" w:rsidR="00E12302" w:rsidRPr="00E12302" w:rsidRDefault="00E12302" w:rsidP="00E12302">
      <w:pPr>
        <w:numPr>
          <w:ilvl w:val="0"/>
          <w:numId w:val="42"/>
        </w:numPr>
        <w:rPr>
          <w:rFonts w:ascii="Calibri" w:hAnsi="Calibri" w:cs="Calibri"/>
          <w:lang w:val="en-IN"/>
        </w:rPr>
      </w:pPr>
      <w:r w:rsidRPr="00E12302">
        <w:rPr>
          <w:rFonts w:ascii="Calibri" w:hAnsi="Calibri" w:cs="Calibri"/>
          <w:lang w:val="en-IN"/>
        </w:rPr>
        <w:t>FilmFreeway</w:t>
      </w:r>
      <w:r w:rsidR="00554900">
        <w:rPr>
          <w:rFonts w:ascii="Calibri" w:hAnsi="Calibri" w:cs="Calibri"/>
          <w:lang w:val="en-IN"/>
        </w:rPr>
        <w:t xml:space="preserve">, </w:t>
      </w:r>
      <w:r w:rsidRPr="00E12302">
        <w:rPr>
          <w:rFonts w:ascii="Calibri" w:hAnsi="Calibri" w:cs="Calibri"/>
          <w:lang w:val="en-IN"/>
        </w:rPr>
        <w:t>WFCN, Festhome, Other approved submission platforms</w:t>
      </w:r>
    </w:p>
    <w:p w14:paraId="62595E58" w14:textId="7251A380" w:rsidR="00E12302" w:rsidRPr="00E12302" w:rsidRDefault="00E12302" w:rsidP="00E12302">
      <w:pPr>
        <w:ind w:firstLine="720"/>
        <w:rPr>
          <w:rFonts w:ascii="Calibri" w:hAnsi="Calibri" w:cs="Calibri"/>
          <w:lang w:val="en-IN"/>
        </w:rPr>
      </w:pPr>
      <w:r w:rsidRPr="00E12302">
        <w:rPr>
          <w:rFonts w:ascii="Calibri" w:hAnsi="Calibri" w:cs="Calibri"/>
          <w:lang w:val="en-IN"/>
        </w:rPr>
        <w:t>More details:</w:t>
      </w:r>
      <w:r>
        <w:rPr>
          <w:rFonts w:ascii="Calibri" w:hAnsi="Calibri" w:cs="Calibri"/>
          <w:lang w:val="en-IN"/>
        </w:rPr>
        <w:t xml:space="preserve"> </w:t>
      </w:r>
      <w:hyperlink r:id="rId14" w:history="1">
        <w:r w:rsidR="000267B1">
          <w:rPr>
            <w:rStyle w:val="Hyperlink"/>
            <w:rFonts w:ascii="Calibri" w:hAnsi="Calibri" w:cs="Calibri"/>
            <w:lang w:val="en-IN"/>
          </w:rPr>
          <w:t>https://filmdais.com/aifilmfestival.php</w:t>
        </w:r>
      </w:hyperlink>
      <w:r w:rsidR="00501CF3">
        <w:rPr>
          <w:rFonts w:ascii="Calibri" w:hAnsi="Calibri" w:cs="Calibri"/>
          <w:lang w:val="en-IN"/>
        </w:rPr>
        <w:t xml:space="preserve"> </w:t>
      </w:r>
    </w:p>
    <w:p w14:paraId="3FAE795D" w14:textId="77777777" w:rsidR="000F3875" w:rsidRDefault="000F3875" w:rsidP="00554900">
      <w:pPr>
        <w:rPr>
          <w:rFonts w:ascii="Calibri" w:hAnsi="Calibri" w:cs="Calibri"/>
          <w:b/>
          <w:bCs/>
          <w:lang w:val="en-IN"/>
        </w:rPr>
      </w:pPr>
    </w:p>
    <w:p w14:paraId="7995E218" w14:textId="2E3EF0F4" w:rsidR="00554900" w:rsidRPr="00554900" w:rsidRDefault="00554900" w:rsidP="00554900">
      <w:pPr>
        <w:rPr>
          <w:rFonts w:ascii="Calibri" w:hAnsi="Calibri" w:cs="Calibri"/>
          <w:b/>
          <w:bCs/>
          <w:lang w:val="en-IN"/>
        </w:rPr>
      </w:pPr>
      <w:r w:rsidRPr="00554900">
        <w:rPr>
          <w:rFonts w:ascii="Calibri" w:hAnsi="Calibri" w:cs="Calibri"/>
          <w:b/>
          <w:bCs/>
          <w:lang w:val="en-IN"/>
        </w:rPr>
        <w:t>OPTION 2: EMAIL SUBMISSION WITH ONLINE SCREENER</w:t>
      </w:r>
    </w:p>
    <w:p w14:paraId="060FBBEB" w14:textId="77777777" w:rsidR="00554900" w:rsidRPr="00554900" w:rsidRDefault="00554900" w:rsidP="00554900">
      <w:pPr>
        <w:rPr>
          <w:rFonts w:ascii="Calibri" w:hAnsi="Calibri" w:cs="Calibri"/>
          <w:lang w:val="en-IN"/>
        </w:rPr>
      </w:pPr>
      <w:r w:rsidRPr="00554900">
        <w:rPr>
          <w:rFonts w:ascii="Calibri" w:hAnsi="Calibri" w:cs="Calibri"/>
          <w:lang w:val="en-IN"/>
        </w:rPr>
        <w:t>Send the following materials by email:</w:t>
      </w:r>
    </w:p>
    <w:p w14:paraId="24A8C9F7" w14:textId="77777777" w:rsidR="00554900" w:rsidRPr="00EA0F38" w:rsidRDefault="00554900" w:rsidP="00EA0F38">
      <w:pPr>
        <w:pStyle w:val="NoSpacing"/>
        <w:numPr>
          <w:ilvl w:val="0"/>
          <w:numId w:val="51"/>
        </w:numPr>
        <w:rPr>
          <w:rFonts w:ascii="Calibri" w:hAnsi="Calibri" w:cs="Calibri"/>
          <w:lang w:val="en-IN"/>
        </w:rPr>
      </w:pPr>
      <w:r w:rsidRPr="00EA0F38">
        <w:rPr>
          <w:rFonts w:ascii="Calibri" w:hAnsi="Calibri" w:cs="Calibri"/>
          <w:lang w:val="en-IN"/>
        </w:rPr>
        <w:t>Completed Entry Form (duly signed on the last page; scan or photograph and attach with email)</w:t>
      </w:r>
    </w:p>
    <w:p w14:paraId="7A58C6EB" w14:textId="77777777" w:rsidR="00554900" w:rsidRPr="00EA0F38" w:rsidRDefault="00554900" w:rsidP="00EA0F38">
      <w:pPr>
        <w:pStyle w:val="NoSpacing"/>
        <w:numPr>
          <w:ilvl w:val="0"/>
          <w:numId w:val="51"/>
        </w:numPr>
        <w:rPr>
          <w:rFonts w:ascii="Calibri" w:hAnsi="Calibri" w:cs="Calibri"/>
          <w:lang w:val="en-IN"/>
        </w:rPr>
      </w:pPr>
      <w:r w:rsidRPr="00EA0F38">
        <w:rPr>
          <w:rFonts w:ascii="Calibri" w:hAnsi="Calibri" w:cs="Calibri"/>
          <w:lang w:val="en-IN"/>
        </w:rPr>
        <w:t>Online Screener Link (YouTube / Vimeo / WeTransfer etc.)</w:t>
      </w:r>
    </w:p>
    <w:p w14:paraId="3AD41C6F" w14:textId="77777777" w:rsidR="00554900" w:rsidRPr="00EA0F38" w:rsidRDefault="00554900" w:rsidP="00EA0F38">
      <w:pPr>
        <w:pStyle w:val="NoSpacing"/>
        <w:numPr>
          <w:ilvl w:val="0"/>
          <w:numId w:val="51"/>
        </w:numPr>
        <w:rPr>
          <w:rFonts w:ascii="Calibri" w:hAnsi="Calibri" w:cs="Calibri"/>
          <w:lang w:val="en-IN"/>
        </w:rPr>
      </w:pPr>
      <w:r w:rsidRPr="00EA0F38">
        <w:rPr>
          <w:rFonts w:ascii="Calibri" w:hAnsi="Calibri" w:cs="Calibri"/>
          <w:lang w:val="en-IN"/>
        </w:rPr>
        <w:t>Password (if required)</w:t>
      </w:r>
    </w:p>
    <w:p w14:paraId="765399ED" w14:textId="77777777" w:rsidR="00554900" w:rsidRPr="00EA0F38" w:rsidRDefault="00554900" w:rsidP="00EA0F38">
      <w:pPr>
        <w:pStyle w:val="NoSpacing"/>
        <w:numPr>
          <w:ilvl w:val="0"/>
          <w:numId w:val="51"/>
        </w:numPr>
        <w:rPr>
          <w:rFonts w:ascii="Calibri" w:hAnsi="Calibri" w:cs="Calibri"/>
          <w:lang w:val="en-IN"/>
        </w:rPr>
      </w:pPr>
      <w:r w:rsidRPr="00EA0F38">
        <w:rPr>
          <w:rFonts w:ascii="Calibri" w:hAnsi="Calibri" w:cs="Calibri"/>
          <w:lang w:val="en-IN"/>
        </w:rPr>
        <w:t>Film details as mentioned in the submission checklist</w:t>
      </w:r>
    </w:p>
    <w:p w14:paraId="0044FD81" w14:textId="77777777" w:rsidR="00554900" w:rsidRPr="00EA0F38" w:rsidRDefault="00554900" w:rsidP="00EA0F38">
      <w:pPr>
        <w:pStyle w:val="NoSpacing"/>
        <w:numPr>
          <w:ilvl w:val="0"/>
          <w:numId w:val="51"/>
        </w:numPr>
        <w:rPr>
          <w:rFonts w:ascii="Calibri" w:hAnsi="Calibri" w:cs="Calibri"/>
          <w:lang w:val="en-IN"/>
        </w:rPr>
      </w:pPr>
      <w:r w:rsidRPr="00EA0F38">
        <w:rPr>
          <w:rFonts w:ascii="Calibri" w:hAnsi="Calibri" w:cs="Calibri"/>
          <w:lang w:val="en-IN"/>
        </w:rPr>
        <w:t>Proof of Entry Fee Payment</w:t>
      </w:r>
    </w:p>
    <w:p w14:paraId="4282E933" w14:textId="670B7A44" w:rsidR="00554900" w:rsidRDefault="00554900" w:rsidP="00045299">
      <w:pPr>
        <w:rPr>
          <w:rFonts w:ascii="Calibri" w:hAnsi="Calibri" w:cs="Calibri"/>
          <w:lang w:val="en-IN"/>
        </w:rPr>
      </w:pPr>
      <w:r w:rsidRPr="00554900">
        <w:rPr>
          <w:rFonts w:ascii="Calibri" w:hAnsi="Calibri" w:cs="Calibri"/>
          <w:lang w:val="en-IN"/>
        </w:rPr>
        <w:t>Send to:</w:t>
      </w:r>
      <w:r w:rsidR="00045299">
        <w:rPr>
          <w:rFonts w:ascii="Calibri" w:hAnsi="Calibri" w:cs="Calibri"/>
          <w:lang w:val="en-IN"/>
        </w:rPr>
        <w:t xml:space="preserve"> </w:t>
      </w:r>
      <w:hyperlink r:id="rId15" w:history="1">
        <w:r w:rsidR="000F3875" w:rsidRPr="00B54DD2">
          <w:rPr>
            <w:rStyle w:val="Hyperlink"/>
            <w:rFonts w:ascii="Calibri" w:hAnsi="Calibri" w:cs="Calibri"/>
            <w:lang w:val="en-IN"/>
          </w:rPr>
          <w:t>waicfindia@gmail.com</w:t>
        </w:r>
      </w:hyperlink>
      <w:r w:rsidR="00045299">
        <w:rPr>
          <w:rFonts w:ascii="Calibri" w:hAnsi="Calibri" w:cs="Calibri"/>
          <w:lang w:val="en-IN"/>
        </w:rPr>
        <w:t xml:space="preserve"> </w:t>
      </w:r>
    </w:p>
    <w:p w14:paraId="012AD2C7" w14:textId="77777777" w:rsidR="000F3875" w:rsidRDefault="000F3875" w:rsidP="000F3875">
      <w:pPr>
        <w:rPr>
          <w:rFonts w:ascii="Calibri" w:hAnsi="Calibri" w:cs="Calibri"/>
          <w:b/>
          <w:bCs/>
          <w:lang w:val="en-IN"/>
        </w:rPr>
      </w:pPr>
    </w:p>
    <w:p w14:paraId="0E6ADD8F" w14:textId="2372AB85" w:rsidR="000F3875" w:rsidRPr="000F3875" w:rsidRDefault="000F3875" w:rsidP="000F3875">
      <w:pPr>
        <w:rPr>
          <w:rFonts w:ascii="Calibri" w:hAnsi="Calibri" w:cs="Calibri"/>
          <w:b/>
          <w:bCs/>
          <w:lang w:val="en-IN"/>
        </w:rPr>
      </w:pPr>
      <w:r w:rsidRPr="000F3875">
        <w:rPr>
          <w:rFonts w:ascii="Calibri" w:hAnsi="Calibri" w:cs="Calibri"/>
          <w:b/>
          <w:bCs/>
          <w:lang w:val="en-IN"/>
        </w:rPr>
        <w:t>OPTION 3: POST / COURIER SUBMISSION</w:t>
      </w:r>
    </w:p>
    <w:p w14:paraId="34C2603C" w14:textId="77777777" w:rsidR="000F3875" w:rsidRPr="000F3875" w:rsidRDefault="000F3875" w:rsidP="000F3875">
      <w:pPr>
        <w:rPr>
          <w:rFonts w:ascii="Calibri" w:hAnsi="Calibri" w:cs="Calibri"/>
          <w:lang w:val="en-IN"/>
        </w:rPr>
      </w:pPr>
      <w:r w:rsidRPr="000F3875">
        <w:rPr>
          <w:rFonts w:ascii="Calibri" w:hAnsi="Calibri" w:cs="Calibri"/>
          <w:lang w:val="en-IN"/>
        </w:rPr>
        <w:t>Send the following materials by Post/Courier:</w:t>
      </w:r>
    </w:p>
    <w:p w14:paraId="1FF2BADC" w14:textId="77777777" w:rsidR="000F3875" w:rsidRPr="000F3875" w:rsidRDefault="000F3875" w:rsidP="00EA0F38">
      <w:pPr>
        <w:pStyle w:val="NoSpacing"/>
        <w:numPr>
          <w:ilvl w:val="0"/>
          <w:numId w:val="50"/>
        </w:numPr>
        <w:rPr>
          <w:lang w:val="en-IN"/>
        </w:rPr>
      </w:pPr>
      <w:r w:rsidRPr="000F3875">
        <w:rPr>
          <w:lang w:val="en-IN"/>
        </w:rPr>
        <w:t>Completed Entry Form</w:t>
      </w:r>
    </w:p>
    <w:p w14:paraId="3DF75453" w14:textId="77777777" w:rsidR="000F3875" w:rsidRPr="000F3875" w:rsidRDefault="000F3875" w:rsidP="00EA0F38">
      <w:pPr>
        <w:pStyle w:val="NoSpacing"/>
        <w:numPr>
          <w:ilvl w:val="0"/>
          <w:numId w:val="50"/>
        </w:numPr>
        <w:rPr>
          <w:lang w:val="en-IN"/>
        </w:rPr>
      </w:pPr>
      <w:r w:rsidRPr="000F3875">
        <w:rPr>
          <w:lang w:val="en-IN"/>
        </w:rPr>
        <w:t>Film Copy (DVD / Blu-ray / DCP)</w:t>
      </w:r>
    </w:p>
    <w:p w14:paraId="546ADC27" w14:textId="77777777" w:rsidR="000F3875" w:rsidRPr="000F3875" w:rsidRDefault="000F3875" w:rsidP="00EA0F38">
      <w:pPr>
        <w:pStyle w:val="NoSpacing"/>
        <w:numPr>
          <w:ilvl w:val="0"/>
          <w:numId w:val="50"/>
        </w:numPr>
        <w:rPr>
          <w:lang w:val="en-IN"/>
        </w:rPr>
      </w:pPr>
      <w:r w:rsidRPr="000F3875">
        <w:rPr>
          <w:lang w:val="en-IN"/>
        </w:rPr>
        <w:t>Entry Fee Payment Proof (Cheque/DD/Bank Transfer Details)</w:t>
      </w:r>
    </w:p>
    <w:p w14:paraId="5D629C0A" w14:textId="77777777" w:rsidR="00EA0F38" w:rsidRDefault="00EA0F38" w:rsidP="009008F2">
      <w:pPr>
        <w:pStyle w:val="NoSpacing"/>
      </w:pPr>
    </w:p>
    <w:p w14:paraId="6A1771E1" w14:textId="77777777" w:rsidR="0093483D" w:rsidRDefault="0093483D" w:rsidP="009008F2">
      <w:pPr>
        <w:pStyle w:val="NoSpacing"/>
      </w:pPr>
    </w:p>
    <w:p w14:paraId="512E657E" w14:textId="77777777" w:rsidR="0093483D" w:rsidRDefault="0093483D" w:rsidP="009008F2">
      <w:pPr>
        <w:pStyle w:val="NoSpacing"/>
      </w:pPr>
    </w:p>
    <w:p w14:paraId="07095694" w14:textId="77777777" w:rsidR="0093483D" w:rsidRDefault="0093483D" w:rsidP="009008F2">
      <w:pPr>
        <w:pStyle w:val="NoSpacing"/>
      </w:pPr>
    </w:p>
    <w:p w14:paraId="38C0E1C8" w14:textId="77777777" w:rsidR="0093483D" w:rsidRDefault="0093483D" w:rsidP="009008F2">
      <w:pPr>
        <w:pStyle w:val="NoSpacing"/>
      </w:pPr>
    </w:p>
    <w:p w14:paraId="2A3103C2" w14:textId="77777777" w:rsidR="0093483D" w:rsidRDefault="0093483D" w:rsidP="009008F2">
      <w:pPr>
        <w:pStyle w:val="NoSpacing"/>
      </w:pPr>
    </w:p>
    <w:p w14:paraId="369D73C7" w14:textId="5AA294BD" w:rsidR="000F3875" w:rsidRPr="00016D1E" w:rsidRDefault="000F3875" w:rsidP="009008F2">
      <w:pPr>
        <w:pStyle w:val="NoSpacing"/>
        <w:rPr>
          <w:b/>
          <w:bCs/>
        </w:rPr>
      </w:pPr>
      <w:r w:rsidRPr="00016D1E">
        <w:rPr>
          <w:b/>
          <w:bCs/>
        </w:rPr>
        <w:lastRenderedPageBreak/>
        <w:t>Send to:</w:t>
      </w:r>
    </w:p>
    <w:p w14:paraId="3A2821F7" w14:textId="77777777" w:rsidR="000F3875" w:rsidRDefault="000F3875" w:rsidP="009008F2">
      <w:pPr>
        <w:pStyle w:val="NoSpacing"/>
      </w:pPr>
    </w:p>
    <w:p w14:paraId="6AA67355" w14:textId="700931CA" w:rsidR="009008F2" w:rsidRPr="009008F2" w:rsidRDefault="0098053F" w:rsidP="009008F2">
      <w:pPr>
        <w:pStyle w:val="NoSpacing"/>
        <w:rPr>
          <w:lang w:val="en-IN"/>
        </w:rPr>
      </w:pPr>
      <w:r w:rsidRPr="0098053F">
        <w:rPr>
          <w:lang w:val="en-IN"/>
        </w:rPr>
        <w:t>WORLD AI CINEMA &amp; CREATIVITY FESTIVAL (WAICF) – INDIA</w:t>
      </w:r>
      <w:r w:rsidR="009008F2" w:rsidRPr="009008F2">
        <w:rPr>
          <w:lang w:val="en-IN"/>
        </w:rPr>
        <w:br/>
        <w:t>F1, T-138, Narayan Vihar</w:t>
      </w:r>
      <w:r w:rsidR="002E009A">
        <w:rPr>
          <w:lang w:val="en-IN"/>
        </w:rPr>
        <w:t xml:space="preserve">, </w:t>
      </w:r>
      <w:r w:rsidR="009008F2" w:rsidRPr="009008F2">
        <w:rPr>
          <w:lang w:val="en-IN"/>
        </w:rPr>
        <w:t>Near SBI &amp; Bhakhar Paradise</w:t>
      </w:r>
    </w:p>
    <w:p w14:paraId="10576C72" w14:textId="5380CDF8" w:rsidR="0093483D" w:rsidRDefault="009008F2" w:rsidP="002E009A">
      <w:pPr>
        <w:pStyle w:val="NoSpacing"/>
        <w:rPr>
          <w:lang w:val="en-IN"/>
        </w:rPr>
      </w:pPr>
      <w:r w:rsidRPr="009008F2">
        <w:rPr>
          <w:lang w:val="en-IN"/>
        </w:rPr>
        <w:t>Gopalpura Bypass Road, Jaipur – 302 020</w:t>
      </w:r>
      <w:r w:rsidR="0093483D">
        <w:rPr>
          <w:lang w:val="en-IN"/>
        </w:rPr>
        <w:t xml:space="preserve"> </w:t>
      </w:r>
      <w:r w:rsidRPr="009008F2">
        <w:rPr>
          <w:lang w:val="en-IN"/>
        </w:rPr>
        <w:t>Rajasthan, INDIA</w:t>
      </w:r>
    </w:p>
    <w:p w14:paraId="6E227235" w14:textId="02F1C677" w:rsidR="0093483D" w:rsidRDefault="009008F2" w:rsidP="002E009A">
      <w:pPr>
        <w:pStyle w:val="NoSpacing"/>
        <w:rPr>
          <w:rFonts w:ascii="Calibri" w:hAnsi="Calibri" w:cs="Calibri"/>
          <w:lang w:val="en-IN"/>
        </w:rPr>
      </w:pPr>
      <w:r w:rsidRPr="009008F2">
        <w:rPr>
          <w:rFonts w:ascii="Calibri" w:hAnsi="Calibri" w:cs="Calibri"/>
          <w:lang w:val="en-IN"/>
        </w:rPr>
        <w:t>Mobile: +91-8003937961</w:t>
      </w:r>
    </w:p>
    <w:p w14:paraId="0F83162E" w14:textId="3C002F46" w:rsidR="009008F2" w:rsidRPr="009008F2" w:rsidRDefault="002E009A" w:rsidP="002E009A">
      <w:pPr>
        <w:pStyle w:val="NoSpacing"/>
        <w:rPr>
          <w:rFonts w:ascii="Calibri" w:hAnsi="Calibri" w:cs="Calibri"/>
          <w:lang w:val="en-IN"/>
        </w:rPr>
      </w:pPr>
      <w:r>
        <w:rPr>
          <w:rFonts w:ascii="Calibri" w:hAnsi="Calibri" w:cs="Calibri"/>
          <w:lang w:val="en-IN"/>
        </w:rPr>
        <w:t xml:space="preserve"> </w:t>
      </w:r>
      <w:r w:rsidR="009008F2" w:rsidRPr="009008F2">
        <w:rPr>
          <w:rFonts w:ascii="Calibri" w:hAnsi="Calibri" w:cs="Calibri"/>
          <w:lang w:val="en-IN"/>
        </w:rPr>
        <w:t xml:space="preserve">Email: </w:t>
      </w:r>
      <w:hyperlink r:id="rId16" w:history="1">
        <w:r w:rsidR="00CE44A3" w:rsidRPr="00C42B50">
          <w:rPr>
            <w:rStyle w:val="Hyperlink"/>
            <w:rFonts w:ascii="Calibri" w:hAnsi="Calibri" w:cs="Calibri"/>
            <w:lang w:val="en-IN"/>
          </w:rPr>
          <w:t>waicfindia@gmail.com</w:t>
        </w:r>
      </w:hyperlink>
      <w:r w:rsidR="00CE44A3">
        <w:rPr>
          <w:rFonts w:ascii="Calibri" w:hAnsi="Calibri" w:cs="Calibri"/>
          <w:lang w:val="en-IN"/>
        </w:rPr>
        <w:t xml:space="preserve"> </w:t>
      </w:r>
    </w:p>
    <w:p w14:paraId="63B2BAE5" w14:textId="77777777" w:rsidR="009008F2" w:rsidRDefault="009008F2" w:rsidP="001E5DB8">
      <w:pPr>
        <w:rPr>
          <w:rFonts w:ascii="Calibri" w:hAnsi="Calibri" w:cs="Calibri"/>
          <w:b/>
          <w:bCs/>
        </w:rPr>
      </w:pPr>
    </w:p>
    <w:p w14:paraId="32B6A918" w14:textId="77777777" w:rsidR="000F218C" w:rsidRPr="000F218C" w:rsidRDefault="000F218C" w:rsidP="000F218C">
      <w:pPr>
        <w:rPr>
          <w:rFonts w:ascii="Calibri" w:hAnsi="Calibri" w:cs="Calibri"/>
          <w:b/>
          <w:bCs/>
          <w:sz w:val="32"/>
          <w:szCs w:val="32"/>
          <w:lang w:val="en-IN"/>
        </w:rPr>
      </w:pPr>
      <w:r w:rsidRPr="000F218C">
        <w:rPr>
          <w:rFonts w:ascii="Calibri" w:hAnsi="Calibri" w:cs="Calibri"/>
          <w:b/>
          <w:bCs/>
          <w:sz w:val="32"/>
          <w:szCs w:val="32"/>
          <w:lang w:val="en-IN"/>
        </w:rPr>
        <w:t>ACCEPTED SUBMISSION FORMATS</w:t>
      </w:r>
    </w:p>
    <w:p w14:paraId="2481D4B6" w14:textId="08CBB3FC" w:rsidR="000F218C" w:rsidRPr="000F218C" w:rsidRDefault="000F218C" w:rsidP="000F218C">
      <w:pPr>
        <w:rPr>
          <w:rFonts w:ascii="Calibri" w:hAnsi="Calibri" w:cs="Calibri"/>
          <w:lang w:val="en-IN"/>
        </w:rPr>
      </w:pPr>
      <w:r w:rsidRPr="000F218C">
        <w:rPr>
          <w:rFonts w:ascii="Calibri" w:hAnsi="Calibri" w:cs="Calibri"/>
          <w:lang w:val="en-IN"/>
        </w:rPr>
        <w:t>For pre-selection and preview, WAICF accepts online screeners through:</w:t>
      </w:r>
    </w:p>
    <w:p w14:paraId="23CA1F8A" w14:textId="77777777" w:rsidR="000F218C" w:rsidRPr="00EA0F38" w:rsidRDefault="000F218C" w:rsidP="00EA0F38">
      <w:pPr>
        <w:pStyle w:val="NoSpacing"/>
        <w:numPr>
          <w:ilvl w:val="0"/>
          <w:numId w:val="48"/>
        </w:numPr>
        <w:rPr>
          <w:rFonts w:ascii="Calibri" w:hAnsi="Calibri" w:cs="Calibri"/>
          <w:lang w:val="en-IN"/>
        </w:rPr>
      </w:pPr>
      <w:r w:rsidRPr="00EA0F38">
        <w:rPr>
          <w:rFonts w:ascii="Calibri" w:hAnsi="Calibri" w:cs="Calibri"/>
          <w:lang w:val="en-IN"/>
        </w:rPr>
        <w:t>YouTube Links</w:t>
      </w:r>
    </w:p>
    <w:p w14:paraId="1C28A74F" w14:textId="77777777" w:rsidR="000F218C" w:rsidRPr="00EA0F38" w:rsidRDefault="000F218C" w:rsidP="00EA0F38">
      <w:pPr>
        <w:pStyle w:val="NoSpacing"/>
        <w:numPr>
          <w:ilvl w:val="0"/>
          <w:numId w:val="48"/>
        </w:numPr>
        <w:rPr>
          <w:rFonts w:ascii="Calibri" w:hAnsi="Calibri" w:cs="Calibri"/>
          <w:lang w:val="en-IN"/>
        </w:rPr>
      </w:pPr>
      <w:r w:rsidRPr="00EA0F38">
        <w:rPr>
          <w:rFonts w:ascii="Calibri" w:hAnsi="Calibri" w:cs="Calibri"/>
          <w:lang w:val="en-IN"/>
        </w:rPr>
        <w:t>Vimeo Links</w:t>
      </w:r>
    </w:p>
    <w:p w14:paraId="5EA741B0" w14:textId="77777777" w:rsidR="000F218C" w:rsidRPr="00EA0F38" w:rsidRDefault="000F218C" w:rsidP="00EA0F38">
      <w:pPr>
        <w:pStyle w:val="NoSpacing"/>
        <w:numPr>
          <w:ilvl w:val="0"/>
          <w:numId w:val="48"/>
        </w:numPr>
        <w:rPr>
          <w:rFonts w:ascii="Calibri" w:hAnsi="Calibri" w:cs="Calibri"/>
          <w:lang w:val="en-IN"/>
        </w:rPr>
      </w:pPr>
      <w:r w:rsidRPr="00EA0F38">
        <w:rPr>
          <w:rFonts w:ascii="Calibri" w:hAnsi="Calibri" w:cs="Calibri"/>
          <w:lang w:val="en-IN"/>
        </w:rPr>
        <w:t>WeTransfer Links</w:t>
      </w:r>
    </w:p>
    <w:p w14:paraId="518FDB6C" w14:textId="77777777" w:rsidR="000F218C" w:rsidRPr="00EA0F38" w:rsidRDefault="000F218C" w:rsidP="00EA0F38">
      <w:pPr>
        <w:pStyle w:val="NoSpacing"/>
        <w:numPr>
          <w:ilvl w:val="0"/>
          <w:numId w:val="48"/>
        </w:numPr>
        <w:rPr>
          <w:rFonts w:ascii="Calibri" w:hAnsi="Calibri" w:cs="Calibri"/>
          <w:lang w:val="en-IN"/>
        </w:rPr>
      </w:pPr>
      <w:r w:rsidRPr="00EA0F38">
        <w:rPr>
          <w:rFonts w:ascii="Calibri" w:hAnsi="Calibri" w:cs="Calibri"/>
          <w:lang w:val="en-IN"/>
        </w:rPr>
        <w:t>Other secure online viewing platforms</w:t>
      </w:r>
    </w:p>
    <w:p w14:paraId="16E199F3" w14:textId="77777777" w:rsidR="000F218C" w:rsidRPr="000F218C" w:rsidRDefault="000F218C" w:rsidP="000F218C">
      <w:pPr>
        <w:rPr>
          <w:rFonts w:ascii="Calibri" w:hAnsi="Calibri" w:cs="Calibri"/>
          <w:lang w:val="en-IN"/>
        </w:rPr>
      </w:pPr>
      <w:r w:rsidRPr="000F218C">
        <w:rPr>
          <w:rFonts w:ascii="Calibri" w:hAnsi="Calibri" w:cs="Calibri"/>
          <w:lang w:val="en-IN"/>
        </w:rPr>
        <w:t>Films already released on YouTube are also eligible for submission.</w:t>
      </w:r>
    </w:p>
    <w:p w14:paraId="4DAF0F26" w14:textId="77777777" w:rsidR="009008F2" w:rsidRDefault="009008F2" w:rsidP="001E5DB8">
      <w:pPr>
        <w:rPr>
          <w:rFonts w:ascii="Calibri" w:hAnsi="Calibri" w:cs="Calibri"/>
          <w:b/>
          <w:bCs/>
        </w:rPr>
      </w:pPr>
    </w:p>
    <w:p w14:paraId="11046762" w14:textId="77777777" w:rsidR="000F218C" w:rsidRPr="000F218C" w:rsidRDefault="000F218C" w:rsidP="000F218C">
      <w:pPr>
        <w:rPr>
          <w:rFonts w:ascii="Calibri" w:hAnsi="Calibri" w:cs="Calibri"/>
          <w:b/>
          <w:bCs/>
          <w:sz w:val="32"/>
          <w:szCs w:val="32"/>
          <w:lang w:val="en-IN"/>
        </w:rPr>
      </w:pPr>
      <w:r w:rsidRPr="000F218C">
        <w:rPr>
          <w:rFonts w:ascii="Calibri" w:hAnsi="Calibri" w:cs="Calibri"/>
          <w:b/>
          <w:bCs/>
          <w:sz w:val="32"/>
          <w:szCs w:val="32"/>
          <w:lang w:val="en-IN"/>
        </w:rPr>
        <w:t>SUBMISSION CHECKLIST</w:t>
      </w:r>
    </w:p>
    <w:p w14:paraId="70FECB14" w14:textId="77777777" w:rsidR="000F218C" w:rsidRPr="000F218C" w:rsidRDefault="000F218C" w:rsidP="000F218C">
      <w:pPr>
        <w:rPr>
          <w:rFonts w:ascii="Calibri" w:hAnsi="Calibri" w:cs="Calibri"/>
          <w:lang w:val="en-IN"/>
        </w:rPr>
      </w:pPr>
      <w:r w:rsidRPr="000F218C">
        <w:rPr>
          <w:rFonts w:ascii="Calibri" w:hAnsi="Calibri" w:cs="Calibri"/>
          <w:lang w:val="en-IN"/>
        </w:rPr>
        <w:t>Please ensure the following materials are submitted:</w:t>
      </w:r>
    </w:p>
    <w:p w14:paraId="79C1AC1B"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Complete Entry Form with Signature</w:t>
      </w:r>
    </w:p>
    <w:p w14:paraId="15F4931A"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Film Screener Link / 2 DVDs / Blu-ray / DCP (as applicable)</w:t>
      </w:r>
    </w:p>
    <w:p w14:paraId="62BC19B2"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Film Synopsis (150 words and short synopsis of 20 words)</w:t>
      </w:r>
    </w:p>
    <w:p w14:paraId="6532A5EB"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Director’s Bio Data (approximately 150 words)</w:t>
      </w:r>
    </w:p>
    <w:p w14:paraId="6314038F"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Entry Fee Payment Proof</w:t>
      </w:r>
    </w:p>
    <w:p w14:paraId="11D960F7"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Director’s Photograph</w:t>
      </w:r>
    </w:p>
    <w:p w14:paraId="5B69994E"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Minimum Two Film Stills</w:t>
      </w:r>
    </w:p>
    <w:p w14:paraId="7D2B1A4D"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Minimum Two Production Stills</w:t>
      </w:r>
    </w:p>
    <w:p w14:paraId="799CFB6C"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Film Poster (if available)</w:t>
      </w:r>
    </w:p>
    <w:p w14:paraId="16665D64"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Censorship Certificate (if available from Government of India)</w:t>
      </w:r>
    </w:p>
    <w:p w14:paraId="7019823E" w14:textId="77777777" w:rsidR="000F218C" w:rsidRPr="00EA0F38" w:rsidRDefault="000F218C" w:rsidP="00EA0F38">
      <w:pPr>
        <w:pStyle w:val="NoSpacing"/>
        <w:numPr>
          <w:ilvl w:val="0"/>
          <w:numId w:val="47"/>
        </w:numPr>
        <w:rPr>
          <w:rFonts w:ascii="Calibri" w:hAnsi="Calibri" w:cs="Calibri"/>
          <w:lang w:val="en-IN"/>
        </w:rPr>
      </w:pPr>
      <w:r w:rsidRPr="00EA0F38">
        <w:rPr>
          <w:rFonts w:ascii="Calibri" w:hAnsi="Calibri" w:cs="Calibri"/>
          <w:lang w:val="en-IN"/>
        </w:rPr>
        <w:t>Customs Invoice (for international submissions)</w:t>
      </w:r>
    </w:p>
    <w:p w14:paraId="1DA67837" w14:textId="77777777" w:rsidR="000F218C" w:rsidRPr="000F218C" w:rsidRDefault="000F218C" w:rsidP="000F218C">
      <w:pPr>
        <w:rPr>
          <w:rFonts w:ascii="Calibri" w:hAnsi="Calibri" w:cs="Calibri"/>
          <w:b/>
          <w:bCs/>
          <w:lang w:val="en-IN"/>
        </w:rPr>
      </w:pPr>
      <w:r w:rsidRPr="000F218C">
        <w:rPr>
          <w:rFonts w:ascii="Calibri" w:hAnsi="Calibri" w:cs="Calibri"/>
          <w:b/>
          <w:bCs/>
          <w:lang w:val="en-IN"/>
        </w:rPr>
        <w:t>For international shipments, the package should be clearly marked:</w:t>
      </w:r>
    </w:p>
    <w:p w14:paraId="165E9AD8" w14:textId="77777777" w:rsidR="000F218C" w:rsidRPr="000F218C" w:rsidRDefault="000F218C" w:rsidP="000F218C">
      <w:pPr>
        <w:rPr>
          <w:rFonts w:ascii="Calibri" w:hAnsi="Calibri" w:cs="Calibri"/>
          <w:b/>
          <w:bCs/>
          <w:lang w:val="en-IN"/>
        </w:rPr>
      </w:pPr>
      <w:r w:rsidRPr="000F218C">
        <w:rPr>
          <w:rFonts w:ascii="Calibri" w:hAnsi="Calibri" w:cs="Calibri"/>
          <w:b/>
          <w:bCs/>
          <w:lang w:val="en-IN"/>
        </w:rPr>
        <w:t>“FESTIVAL MATERIAL – CULTURAL VALUE”</w:t>
      </w:r>
    </w:p>
    <w:p w14:paraId="38525959" w14:textId="77777777" w:rsidR="000F218C" w:rsidRPr="00E179CE" w:rsidRDefault="000F218C" w:rsidP="001E5DB8">
      <w:pPr>
        <w:rPr>
          <w:rFonts w:ascii="Calibri" w:hAnsi="Calibri" w:cs="Calibri"/>
          <w:b/>
          <w:bCs/>
        </w:rPr>
      </w:pPr>
    </w:p>
    <w:p w14:paraId="22279919" w14:textId="77777777" w:rsidR="009008F2" w:rsidRPr="006B2C2C" w:rsidRDefault="009008F2" w:rsidP="009008F2">
      <w:pPr>
        <w:rPr>
          <w:rFonts w:ascii="Calibri" w:hAnsi="Calibri" w:cs="Calibri"/>
          <w:b/>
          <w:bCs/>
        </w:rPr>
      </w:pPr>
      <w:r w:rsidRPr="00CF16B7">
        <w:rPr>
          <w:rFonts w:ascii="Calibri" w:hAnsi="Calibri" w:cs="Calibri"/>
          <w:b/>
          <w:bCs/>
          <w:sz w:val="32"/>
          <w:szCs w:val="32"/>
        </w:rPr>
        <w:t>NOTIFICATION DATE:</w:t>
      </w:r>
      <w:r>
        <w:rPr>
          <w:rFonts w:ascii="Calibri" w:hAnsi="Calibri" w:cs="Calibri"/>
          <w:b/>
          <w:bCs/>
        </w:rPr>
        <w:t xml:space="preserve"> </w:t>
      </w:r>
      <w:r>
        <w:rPr>
          <w:rFonts w:ascii="Calibri" w:hAnsi="Calibri" w:cs="Calibri"/>
        </w:rPr>
        <w:t>December 21, 2026</w:t>
      </w:r>
    </w:p>
    <w:p w14:paraId="17726657" w14:textId="77777777" w:rsidR="009008F2" w:rsidRPr="00105307" w:rsidRDefault="009008F2" w:rsidP="009008F2">
      <w:pPr>
        <w:rPr>
          <w:rFonts w:ascii="Calibri" w:hAnsi="Calibri" w:cs="Calibri"/>
          <w:b/>
          <w:bCs/>
        </w:rPr>
      </w:pPr>
      <w:r w:rsidRPr="00CF16B7">
        <w:rPr>
          <w:rFonts w:ascii="Calibri" w:hAnsi="Calibri" w:cs="Calibri"/>
          <w:b/>
          <w:bCs/>
          <w:sz w:val="32"/>
          <w:szCs w:val="32"/>
        </w:rPr>
        <w:t>Festival Programme will be live on the website:</w:t>
      </w:r>
      <w:r w:rsidRPr="00105307">
        <w:rPr>
          <w:rFonts w:ascii="Calibri" w:hAnsi="Calibri" w:cs="Calibri"/>
          <w:b/>
          <w:bCs/>
        </w:rPr>
        <w:t xml:space="preserve"> </w:t>
      </w:r>
      <w:r>
        <w:rPr>
          <w:rFonts w:ascii="Calibri" w:hAnsi="Calibri" w:cs="Calibri"/>
        </w:rPr>
        <w:t>December 21, 2026</w:t>
      </w:r>
    </w:p>
    <w:p w14:paraId="3D84FBEB" w14:textId="77777777" w:rsidR="00FD1243" w:rsidRDefault="00FD1243" w:rsidP="001E5DB8">
      <w:pPr>
        <w:rPr>
          <w:rFonts w:ascii="Calibri" w:hAnsi="Calibri" w:cs="Calibri"/>
          <w:b/>
          <w:bCs/>
          <w:sz w:val="32"/>
          <w:szCs w:val="32"/>
        </w:rPr>
      </w:pPr>
    </w:p>
    <w:p w14:paraId="33EF979A" w14:textId="27E933DA" w:rsidR="001E5DB8" w:rsidRDefault="00581427" w:rsidP="001E5DB8">
      <w:pPr>
        <w:rPr>
          <w:rFonts w:ascii="Calibri" w:hAnsi="Calibri" w:cs="Calibri"/>
          <w:b/>
          <w:bCs/>
          <w:sz w:val="32"/>
          <w:szCs w:val="32"/>
        </w:rPr>
      </w:pPr>
      <w:r w:rsidRPr="00581427">
        <w:rPr>
          <w:rFonts w:ascii="Calibri" w:hAnsi="Calibri" w:cs="Calibri"/>
          <w:b/>
          <w:bCs/>
          <w:sz w:val="32"/>
          <w:szCs w:val="32"/>
        </w:rPr>
        <w:lastRenderedPageBreak/>
        <w:t>AWARDS</w:t>
      </w:r>
      <w:r w:rsidR="00DE7C22">
        <w:rPr>
          <w:rFonts w:ascii="Calibri" w:hAnsi="Calibri" w:cs="Calibri"/>
          <w:b/>
          <w:bCs/>
          <w:sz w:val="32"/>
          <w:szCs w:val="32"/>
        </w:rPr>
        <w:t xml:space="preserve">: </w:t>
      </w:r>
    </w:p>
    <w:p w14:paraId="77615E4E" w14:textId="5B02603F" w:rsidR="00581427" w:rsidRDefault="004E45E6" w:rsidP="00581427">
      <w:pPr>
        <w:rPr>
          <w:rFonts w:ascii="Calibri" w:hAnsi="Calibri" w:cs="Calibri"/>
          <w:b/>
          <w:bCs/>
          <w:sz w:val="23"/>
          <w:szCs w:val="23"/>
        </w:rPr>
      </w:pPr>
      <w:r w:rsidRPr="004E45E6">
        <w:rPr>
          <w:rFonts w:ascii="Calibri" w:hAnsi="Calibri" w:cs="Calibri"/>
          <w:b/>
          <w:bCs/>
          <w:sz w:val="23"/>
          <w:szCs w:val="23"/>
        </w:rPr>
        <w:t>TOP 3 TO 5 WINNERS WILL BE SELECTED IN EACH CATEGORY</w:t>
      </w:r>
    </w:p>
    <w:p w14:paraId="20AD2F60" w14:textId="11EDCA21" w:rsidR="00192959" w:rsidRDefault="0046228D" w:rsidP="00581427">
      <w:pPr>
        <w:rPr>
          <w:rFonts w:ascii="Calibri" w:hAnsi="Calibri" w:cs="Calibri"/>
          <w:b/>
          <w:bCs/>
          <w:sz w:val="23"/>
          <w:szCs w:val="23"/>
        </w:rPr>
      </w:pPr>
      <w:r w:rsidRPr="00192959">
        <w:rPr>
          <w:rFonts w:ascii="Calibri" w:hAnsi="Calibri" w:cs="Calibri"/>
          <w:b/>
          <w:bCs/>
          <w:sz w:val="32"/>
          <w:szCs w:val="32"/>
        </w:rPr>
        <w:t>CASH PRIZE:</w:t>
      </w:r>
      <w:r w:rsidRPr="00192959">
        <w:rPr>
          <w:rFonts w:ascii="Calibri" w:hAnsi="Calibri" w:cs="Calibri"/>
          <w:b/>
          <w:bCs/>
          <w:sz w:val="23"/>
          <w:szCs w:val="23"/>
        </w:rPr>
        <w:t xml:space="preserve"> </w:t>
      </w:r>
    </w:p>
    <w:p w14:paraId="47C7C219" w14:textId="5E955664" w:rsidR="00192959" w:rsidRDefault="00192959" w:rsidP="00581427">
      <w:pPr>
        <w:rPr>
          <w:rFonts w:ascii="Calibri" w:hAnsi="Calibri" w:cs="Calibri"/>
          <w:b/>
          <w:bCs/>
          <w:sz w:val="23"/>
          <w:szCs w:val="23"/>
        </w:rPr>
      </w:pPr>
      <w:r w:rsidRPr="00192959">
        <w:rPr>
          <w:rFonts w:ascii="Calibri" w:hAnsi="Calibri" w:cs="Calibri"/>
          <w:b/>
          <w:bCs/>
          <w:sz w:val="23"/>
          <w:szCs w:val="23"/>
        </w:rPr>
        <w:t>Up to ₹</w:t>
      </w:r>
      <w:r w:rsidR="005E4AED" w:rsidRPr="005E4AED">
        <w:rPr>
          <w:rFonts w:ascii="Calibri" w:hAnsi="Calibri" w:cs="Calibri"/>
          <w:b/>
          <w:bCs/>
          <w:sz w:val="23"/>
          <w:szCs w:val="23"/>
        </w:rPr>
        <w:t xml:space="preserve">₹25,00,000 </w:t>
      </w:r>
      <w:r w:rsidRPr="00192959">
        <w:rPr>
          <w:rFonts w:ascii="Calibri" w:hAnsi="Calibri" w:cs="Calibri"/>
          <w:b/>
          <w:bCs/>
          <w:sz w:val="23"/>
          <w:szCs w:val="23"/>
        </w:rPr>
        <w:t>(INR), depending on sponsorship support and funding availability.</w:t>
      </w:r>
    </w:p>
    <w:p w14:paraId="63262C5F" w14:textId="29B9ACF1" w:rsidR="00581427" w:rsidRPr="00FD1243" w:rsidRDefault="00581427" w:rsidP="00581427">
      <w:pPr>
        <w:rPr>
          <w:rFonts w:ascii="Calibri" w:hAnsi="Calibri" w:cs="Calibri"/>
          <w:b/>
          <w:bCs/>
          <w:sz w:val="32"/>
          <w:szCs w:val="32"/>
        </w:rPr>
      </w:pPr>
      <w:r w:rsidRPr="00FD1243">
        <w:rPr>
          <w:rFonts w:ascii="Calibri" w:hAnsi="Calibri" w:cs="Calibri"/>
          <w:b/>
          <w:bCs/>
          <w:sz w:val="32"/>
          <w:szCs w:val="32"/>
        </w:rPr>
        <w:t>SPECIAL AWARDS</w:t>
      </w:r>
    </w:p>
    <w:p w14:paraId="55BDCBF3" w14:textId="77777777" w:rsidR="00581427" w:rsidRDefault="00581427" w:rsidP="00581427">
      <w:pPr>
        <w:rPr>
          <w:rFonts w:ascii="Calibri" w:hAnsi="Calibri" w:cs="Calibri"/>
        </w:rPr>
      </w:pPr>
      <w:r>
        <w:rPr>
          <w:rFonts w:ascii="Calibri" w:hAnsi="Calibri" w:cs="Calibri"/>
        </w:rPr>
        <w:t>In addition to the above awards, the Festival may confer the following honorary distinctions:</w:t>
      </w:r>
    </w:p>
    <w:p w14:paraId="35D4FAD3" w14:textId="7E7F39BA" w:rsidR="00581427" w:rsidRDefault="00581427" w:rsidP="00581427">
      <w:pPr>
        <w:rPr>
          <w:rFonts w:ascii="Calibri" w:hAnsi="Calibri" w:cs="Calibri"/>
        </w:rPr>
      </w:pPr>
      <w:r>
        <w:rPr>
          <w:rFonts w:ascii="Calibri" w:hAnsi="Calibri" w:cs="Calibri"/>
        </w:rPr>
        <w:t>• AI Visionary Award</w:t>
      </w:r>
      <w:r w:rsidR="00016D1E">
        <w:rPr>
          <w:rFonts w:ascii="Calibri" w:hAnsi="Calibri" w:cs="Calibri"/>
        </w:rPr>
        <w:tab/>
      </w:r>
      <w:r w:rsidR="00016D1E">
        <w:rPr>
          <w:rFonts w:ascii="Calibri" w:hAnsi="Calibri" w:cs="Calibri"/>
        </w:rPr>
        <w:tab/>
      </w:r>
      <w:r>
        <w:rPr>
          <w:rFonts w:ascii="Calibri" w:hAnsi="Calibri" w:cs="Calibri"/>
        </w:rPr>
        <w:t>• AI Pioneer Award</w:t>
      </w:r>
      <w:r>
        <w:rPr>
          <w:rFonts w:ascii="Calibri" w:hAnsi="Calibri" w:cs="Calibri"/>
        </w:rPr>
        <w:br/>
        <w:t>• Future of Cinema Award</w:t>
      </w:r>
      <w:r w:rsidR="00016D1E">
        <w:rPr>
          <w:rFonts w:ascii="Calibri" w:hAnsi="Calibri" w:cs="Calibri"/>
        </w:rPr>
        <w:tab/>
      </w:r>
      <w:r>
        <w:rPr>
          <w:rFonts w:ascii="Calibri" w:hAnsi="Calibri" w:cs="Calibri"/>
        </w:rPr>
        <w:t>• AI Innovation Excellence Award</w:t>
      </w:r>
      <w:r>
        <w:rPr>
          <w:rFonts w:ascii="Calibri" w:hAnsi="Calibri" w:cs="Calibri"/>
        </w:rPr>
        <w:br/>
        <w:t>• Young AI Creator Award</w:t>
      </w:r>
      <w:r w:rsidR="00016D1E">
        <w:rPr>
          <w:rFonts w:ascii="Calibri" w:hAnsi="Calibri" w:cs="Calibri"/>
        </w:rPr>
        <w:tab/>
      </w:r>
      <w:r>
        <w:rPr>
          <w:rFonts w:ascii="Calibri" w:hAnsi="Calibri" w:cs="Calibri"/>
        </w:rPr>
        <w:t>• Outstanding Achievement in AI Cinema Award</w:t>
      </w:r>
      <w:r>
        <w:rPr>
          <w:rFonts w:ascii="Calibri" w:hAnsi="Calibri" w:cs="Calibri"/>
        </w:rPr>
        <w:br/>
        <w:t>• Lifetime Achievement in AI Cinema Award</w:t>
      </w:r>
    </w:p>
    <w:p w14:paraId="19D92159" w14:textId="77777777" w:rsidR="00581427" w:rsidRDefault="00581427" w:rsidP="00581427">
      <w:pPr>
        <w:rPr>
          <w:rFonts w:ascii="Calibri" w:hAnsi="Calibri" w:cs="Calibri"/>
          <w:b/>
          <w:bCs/>
        </w:rPr>
      </w:pPr>
      <w:r w:rsidRPr="000E057C">
        <w:rPr>
          <w:rFonts w:ascii="Calibri" w:hAnsi="Calibri" w:cs="Calibri"/>
          <w:b/>
          <w:bCs/>
        </w:rPr>
        <w:t>The Festival Authorities and Jury reserve the right to institute additional awards and recognitions as deemed appropriate.</w:t>
      </w:r>
    </w:p>
    <w:p w14:paraId="0C4C5220" w14:textId="77777777" w:rsidR="00EA0F38" w:rsidRDefault="00EA0F38" w:rsidP="00581427">
      <w:pPr>
        <w:rPr>
          <w:rFonts w:ascii="Calibri" w:hAnsi="Calibri" w:cs="Calibri"/>
          <w:b/>
          <w:bCs/>
        </w:rPr>
      </w:pPr>
    </w:p>
    <w:p w14:paraId="608270BA" w14:textId="6102DBCA" w:rsidR="00CF16B7" w:rsidRPr="00EA0F38" w:rsidRDefault="00EA0F38" w:rsidP="00CF16B7">
      <w:pPr>
        <w:rPr>
          <w:rFonts w:ascii="Calibri" w:hAnsi="Calibri" w:cs="Calibri"/>
          <w:b/>
          <w:bCs/>
          <w:sz w:val="32"/>
          <w:szCs w:val="32"/>
        </w:rPr>
      </w:pPr>
      <w:r w:rsidRPr="00EA0F38">
        <w:rPr>
          <w:rFonts w:ascii="Calibri" w:hAnsi="Calibri" w:cs="Calibri"/>
          <w:b/>
          <w:bCs/>
          <w:sz w:val="32"/>
          <w:szCs w:val="32"/>
        </w:rPr>
        <w:t>FESTIVAL VISION</w:t>
      </w:r>
    </w:p>
    <w:p w14:paraId="072B71CE" w14:textId="77777777" w:rsidR="00CF16B7" w:rsidRPr="00E179CE" w:rsidRDefault="00CF16B7" w:rsidP="00CF16B7">
      <w:pPr>
        <w:rPr>
          <w:rFonts w:ascii="Calibri" w:hAnsi="Calibri" w:cs="Calibri"/>
        </w:rPr>
      </w:pPr>
      <w:r w:rsidRPr="00E179CE">
        <w:rPr>
          <w:rFonts w:ascii="Calibri" w:hAnsi="Calibri" w:cs="Calibri"/>
          <w:b/>
          <w:bCs/>
        </w:rPr>
        <w:t>"World’s First International AI Film Festival dedicated to AI Cinema, Creative Intelligence and the Future of Storytelling."</w:t>
      </w:r>
    </w:p>
    <w:p w14:paraId="28B9A455" w14:textId="77777777" w:rsidR="00CF16B7" w:rsidRPr="00E179CE" w:rsidRDefault="00CF16B7" w:rsidP="00CF16B7">
      <w:pPr>
        <w:rPr>
          <w:rFonts w:ascii="Calibri" w:hAnsi="Calibri" w:cs="Calibri"/>
        </w:rPr>
      </w:pPr>
      <w:r w:rsidRPr="00E179CE">
        <w:rPr>
          <w:rFonts w:ascii="Calibri" w:hAnsi="Calibri" w:cs="Calibri"/>
        </w:rPr>
        <w:t>A global platform connecting:</w:t>
      </w:r>
    </w:p>
    <w:p w14:paraId="74E22911" w14:textId="77777777" w:rsidR="00CF16B7" w:rsidRPr="00E179CE" w:rsidRDefault="00CF16B7" w:rsidP="00CF16B7">
      <w:pPr>
        <w:rPr>
          <w:rFonts w:ascii="Calibri" w:hAnsi="Calibri" w:cs="Calibri"/>
        </w:rPr>
      </w:pPr>
      <w:r w:rsidRPr="00E179CE">
        <w:rPr>
          <w:rFonts w:ascii="Calibri" w:hAnsi="Calibri" w:cs="Calibri"/>
          <w:b/>
          <w:bCs/>
        </w:rPr>
        <w:t>JIFF – Jaipur International Film Festival</w:t>
      </w:r>
      <w:r w:rsidRPr="00E179CE">
        <w:rPr>
          <w:rFonts w:ascii="Calibri" w:hAnsi="Calibri" w:cs="Calibri"/>
        </w:rPr>
        <w:br/>
      </w:r>
      <w:r w:rsidRPr="00E179CE">
        <w:rPr>
          <w:rFonts w:ascii="Calibri" w:hAnsi="Calibri" w:cs="Calibri"/>
          <w:i/>
          <w:iCs/>
        </w:rPr>
        <w:t>Celebrating Global Cinema, Cultural Diversity &amp; Filmmaking Excellence</w:t>
      </w:r>
    </w:p>
    <w:p w14:paraId="234E695D" w14:textId="77777777" w:rsidR="00CF16B7" w:rsidRPr="00E179CE" w:rsidRDefault="00CF16B7" w:rsidP="00CF16B7">
      <w:pPr>
        <w:rPr>
          <w:rFonts w:ascii="Calibri" w:hAnsi="Calibri" w:cs="Calibri"/>
        </w:rPr>
      </w:pPr>
      <w:r w:rsidRPr="00E179CE">
        <w:rPr>
          <w:rFonts w:ascii="Calibri" w:hAnsi="Calibri" w:cs="Calibri"/>
          <w:b/>
          <w:bCs/>
        </w:rPr>
        <w:t>NDFF – New Delhi Film Festival</w:t>
      </w:r>
      <w:r w:rsidRPr="00E179CE">
        <w:rPr>
          <w:rFonts w:ascii="Calibri" w:hAnsi="Calibri" w:cs="Calibri"/>
        </w:rPr>
        <w:br/>
      </w:r>
      <w:r w:rsidRPr="00E179CE">
        <w:rPr>
          <w:rFonts w:ascii="Calibri" w:hAnsi="Calibri" w:cs="Calibri"/>
          <w:i/>
          <w:iCs/>
        </w:rPr>
        <w:t>Connecting National &amp; International Film Movements</w:t>
      </w:r>
    </w:p>
    <w:p w14:paraId="122CD5C0" w14:textId="77777777" w:rsidR="00CF16B7" w:rsidRPr="00E179CE" w:rsidRDefault="00CF16B7" w:rsidP="00CF16B7">
      <w:pPr>
        <w:rPr>
          <w:rFonts w:ascii="Calibri" w:hAnsi="Calibri" w:cs="Calibri"/>
        </w:rPr>
      </w:pPr>
      <w:r w:rsidRPr="00E179CE">
        <w:rPr>
          <w:rFonts w:ascii="Calibri" w:hAnsi="Calibri" w:cs="Calibri"/>
          <w:b/>
          <w:bCs/>
        </w:rPr>
        <w:t>Jaipur Film Market (JFM)</w:t>
      </w:r>
      <w:r w:rsidRPr="00E179CE">
        <w:rPr>
          <w:rFonts w:ascii="Calibri" w:hAnsi="Calibri" w:cs="Calibri"/>
        </w:rPr>
        <w:br/>
      </w:r>
      <w:r w:rsidRPr="00E179CE">
        <w:rPr>
          <w:rFonts w:ascii="Calibri" w:hAnsi="Calibri" w:cs="Calibri"/>
          <w:i/>
          <w:iCs/>
        </w:rPr>
        <w:t>Creating Global Film Industry &amp; Co-production Opportunities</w:t>
      </w:r>
    </w:p>
    <w:p w14:paraId="5D10ECBB" w14:textId="77777777" w:rsidR="00CF16B7" w:rsidRPr="00E179CE" w:rsidRDefault="00CF16B7" w:rsidP="00CF16B7">
      <w:pPr>
        <w:rPr>
          <w:rFonts w:ascii="Calibri" w:hAnsi="Calibri" w:cs="Calibri"/>
        </w:rPr>
      </w:pPr>
      <w:r w:rsidRPr="00E179CE">
        <w:rPr>
          <w:rFonts w:ascii="Calibri" w:hAnsi="Calibri" w:cs="Calibri"/>
          <w:b/>
          <w:bCs/>
        </w:rPr>
        <w:t>Film Dais – AI &amp; Digital Film Market &amp; Expo</w:t>
      </w:r>
      <w:r w:rsidRPr="00E179CE">
        <w:rPr>
          <w:rFonts w:ascii="Calibri" w:hAnsi="Calibri" w:cs="Calibri"/>
        </w:rPr>
        <w:br/>
      </w:r>
      <w:r w:rsidRPr="00E179CE">
        <w:rPr>
          <w:rFonts w:ascii="Calibri" w:hAnsi="Calibri" w:cs="Calibri"/>
          <w:i/>
          <w:iCs/>
        </w:rPr>
        <w:t>Building the Future of Digital Cinema and AI Ecosystem</w:t>
      </w:r>
    </w:p>
    <w:p w14:paraId="3E0FC939" w14:textId="366ECB1F" w:rsidR="00BB152F" w:rsidRDefault="00CF16B7" w:rsidP="00581427">
      <w:pPr>
        <w:rPr>
          <w:rFonts w:ascii="Calibri" w:hAnsi="Calibri" w:cs="Calibri"/>
        </w:rPr>
      </w:pPr>
      <w:r w:rsidRPr="00E179CE">
        <w:rPr>
          <w:rFonts w:ascii="Calibri" w:hAnsi="Calibri" w:cs="Calibri"/>
          <w:b/>
          <w:bCs/>
        </w:rPr>
        <w:t>WAICF – World AI Cinema &amp; Creativity Festival</w:t>
      </w:r>
      <w:r w:rsidRPr="00E179CE">
        <w:rPr>
          <w:rFonts w:ascii="Calibri" w:hAnsi="Calibri" w:cs="Calibri"/>
        </w:rPr>
        <w:br/>
      </w:r>
      <w:r w:rsidRPr="00E179CE">
        <w:rPr>
          <w:rFonts w:ascii="Calibri" w:hAnsi="Calibri" w:cs="Calibri"/>
          <w:i/>
          <w:iCs/>
        </w:rPr>
        <w:t>Where Human Creativity and Artificial Intelligence Unite</w:t>
      </w:r>
    </w:p>
    <w:p w14:paraId="51B41ABB" w14:textId="4FADD775" w:rsidR="001E5DB8" w:rsidRPr="001E5DB8" w:rsidRDefault="00BB152F" w:rsidP="001E5DB8">
      <w:r>
        <w:rPr>
          <w:rFonts w:ascii="Calibri" w:hAnsi="Calibri" w:cs="Calibri"/>
        </w:rPr>
        <w:t>………………………………………………………………….end……………………………………………………………………..</w:t>
      </w:r>
    </w:p>
    <w:sectPr w:rsidR="001E5DB8" w:rsidRPr="001E5DB8" w:rsidSect="000346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E20FF" w14:textId="77777777" w:rsidR="00BA4D2E" w:rsidRDefault="00BA4D2E" w:rsidP="004A00C1">
      <w:pPr>
        <w:spacing w:after="0" w:line="240" w:lineRule="auto"/>
      </w:pPr>
      <w:r>
        <w:separator/>
      </w:r>
    </w:p>
  </w:endnote>
  <w:endnote w:type="continuationSeparator" w:id="0">
    <w:p w14:paraId="5981FA87" w14:textId="77777777" w:rsidR="00BA4D2E" w:rsidRDefault="00BA4D2E" w:rsidP="004A0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640203"/>
      <w:docPartObj>
        <w:docPartGallery w:val="Page Numbers (Bottom of Page)"/>
        <w:docPartUnique/>
      </w:docPartObj>
    </w:sdtPr>
    <w:sdtContent>
      <w:sdt>
        <w:sdtPr>
          <w:id w:val="-1769616900"/>
          <w:docPartObj>
            <w:docPartGallery w:val="Page Numbers (Top of Page)"/>
            <w:docPartUnique/>
          </w:docPartObj>
        </w:sdtPr>
        <w:sdtContent>
          <w:p w14:paraId="4F1E4092" w14:textId="7B307453" w:rsidR="004A00C1" w:rsidRDefault="004A00C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3F91351" w14:textId="77777777" w:rsidR="004A00C1" w:rsidRDefault="004A0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6E015" w14:textId="77777777" w:rsidR="00BA4D2E" w:rsidRDefault="00BA4D2E" w:rsidP="004A00C1">
      <w:pPr>
        <w:spacing w:after="0" w:line="240" w:lineRule="auto"/>
      </w:pPr>
      <w:r>
        <w:separator/>
      </w:r>
    </w:p>
  </w:footnote>
  <w:footnote w:type="continuationSeparator" w:id="0">
    <w:p w14:paraId="228809BF" w14:textId="77777777" w:rsidR="00BA4D2E" w:rsidRDefault="00BA4D2E" w:rsidP="004A0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3A607B"/>
    <w:multiLevelType w:val="multilevel"/>
    <w:tmpl w:val="573C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4C4301"/>
    <w:multiLevelType w:val="multilevel"/>
    <w:tmpl w:val="681C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8F2B82"/>
    <w:multiLevelType w:val="multilevel"/>
    <w:tmpl w:val="A920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56E43"/>
    <w:multiLevelType w:val="multilevel"/>
    <w:tmpl w:val="8000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EC669F"/>
    <w:multiLevelType w:val="multilevel"/>
    <w:tmpl w:val="536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29706D"/>
    <w:multiLevelType w:val="multilevel"/>
    <w:tmpl w:val="985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256C43"/>
    <w:multiLevelType w:val="multilevel"/>
    <w:tmpl w:val="4C02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B870E0"/>
    <w:multiLevelType w:val="multilevel"/>
    <w:tmpl w:val="1F8E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7C1B40"/>
    <w:multiLevelType w:val="multilevel"/>
    <w:tmpl w:val="34307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591290"/>
    <w:multiLevelType w:val="multilevel"/>
    <w:tmpl w:val="BC70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E519F1"/>
    <w:multiLevelType w:val="multilevel"/>
    <w:tmpl w:val="D6A65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301AF1"/>
    <w:multiLevelType w:val="hybridMultilevel"/>
    <w:tmpl w:val="7BCA5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423190F"/>
    <w:multiLevelType w:val="multilevel"/>
    <w:tmpl w:val="1DB2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3A510C"/>
    <w:multiLevelType w:val="hybridMultilevel"/>
    <w:tmpl w:val="40BA76C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195761"/>
    <w:multiLevelType w:val="multilevel"/>
    <w:tmpl w:val="BBC059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23769A"/>
    <w:multiLevelType w:val="multilevel"/>
    <w:tmpl w:val="6C1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FD6982"/>
    <w:multiLevelType w:val="multilevel"/>
    <w:tmpl w:val="01BC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C60C38"/>
    <w:multiLevelType w:val="multilevel"/>
    <w:tmpl w:val="C52A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A96D6F"/>
    <w:multiLevelType w:val="hybridMultilevel"/>
    <w:tmpl w:val="0FFA6B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53C7431"/>
    <w:multiLevelType w:val="multilevel"/>
    <w:tmpl w:val="7A2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C023A9"/>
    <w:multiLevelType w:val="multilevel"/>
    <w:tmpl w:val="A6E89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AF3D5B"/>
    <w:multiLevelType w:val="multilevel"/>
    <w:tmpl w:val="3D00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FB0077"/>
    <w:multiLevelType w:val="multilevel"/>
    <w:tmpl w:val="0DD4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136F77"/>
    <w:multiLevelType w:val="multilevel"/>
    <w:tmpl w:val="FBB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F116C1"/>
    <w:multiLevelType w:val="multilevel"/>
    <w:tmpl w:val="54DAB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E4536A"/>
    <w:multiLevelType w:val="hybridMultilevel"/>
    <w:tmpl w:val="AF90C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4840654"/>
    <w:multiLevelType w:val="multilevel"/>
    <w:tmpl w:val="C96C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DA6773"/>
    <w:multiLevelType w:val="multilevel"/>
    <w:tmpl w:val="F92C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C4466E"/>
    <w:multiLevelType w:val="multilevel"/>
    <w:tmpl w:val="555E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1212F4"/>
    <w:multiLevelType w:val="multilevel"/>
    <w:tmpl w:val="794E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730C99"/>
    <w:multiLevelType w:val="multilevel"/>
    <w:tmpl w:val="E79CEE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C90D6E"/>
    <w:multiLevelType w:val="multilevel"/>
    <w:tmpl w:val="CC9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F4EAB"/>
    <w:multiLevelType w:val="multilevel"/>
    <w:tmpl w:val="957A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4659E4"/>
    <w:multiLevelType w:val="multilevel"/>
    <w:tmpl w:val="6D40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D50F1B"/>
    <w:multiLevelType w:val="multilevel"/>
    <w:tmpl w:val="552A99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2641C7"/>
    <w:multiLevelType w:val="hybridMultilevel"/>
    <w:tmpl w:val="7DD0F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1AC2F27"/>
    <w:multiLevelType w:val="multilevel"/>
    <w:tmpl w:val="2E5603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B15806"/>
    <w:multiLevelType w:val="multilevel"/>
    <w:tmpl w:val="67081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3C3B4C"/>
    <w:multiLevelType w:val="multilevel"/>
    <w:tmpl w:val="17C4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121414"/>
    <w:multiLevelType w:val="multilevel"/>
    <w:tmpl w:val="F140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F2197A"/>
    <w:multiLevelType w:val="multilevel"/>
    <w:tmpl w:val="1C50A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DB733C"/>
    <w:multiLevelType w:val="multilevel"/>
    <w:tmpl w:val="44FE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4662885">
    <w:abstractNumId w:val="8"/>
  </w:num>
  <w:num w:numId="2" w16cid:durableId="104349760">
    <w:abstractNumId w:val="6"/>
  </w:num>
  <w:num w:numId="3" w16cid:durableId="1474829938">
    <w:abstractNumId w:val="5"/>
  </w:num>
  <w:num w:numId="4" w16cid:durableId="787044071">
    <w:abstractNumId w:val="4"/>
  </w:num>
  <w:num w:numId="5" w16cid:durableId="972102934">
    <w:abstractNumId w:val="7"/>
  </w:num>
  <w:num w:numId="6" w16cid:durableId="697971278">
    <w:abstractNumId w:val="3"/>
  </w:num>
  <w:num w:numId="7" w16cid:durableId="2016220982">
    <w:abstractNumId w:val="2"/>
  </w:num>
  <w:num w:numId="8" w16cid:durableId="1425616298">
    <w:abstractNumId w:val="1"/>
  </w:num>
  <w:num w:numId="9" w16cid:durableId="1968704277">
    <w:abstractNumId w:val="0"/>
  </w:num>
  <w:num w:numId="10" w16cid:durableId="69624464">
    <w:abstractNumId w:val="24"/>
  </w:num>
  <w:num w:numId="11" w16cid:durableId="2001036343">
    <w:abstractNumId w:val="9"/>
  </w:num>
  <w:num w:numId="12" w16cid:durableId="1639649498">
    <w:abstractNumId w:val="40"/>
  </w:num>
  <w:num w:numId="13" w16cid:durableId="311179916">
    <w:abstractNumId w:val="25"/>
  </w:num>
  <w:num w:numId="14" w16cid:durableId="1472091408">
    <w:abstractNumId w:val="30"/>
  </w:num>
  <w:num w:numId="15" w16cid:durableId="279380377">
    <w:abstractNumId w:val="14"/>
  </w:num>
  <w:num w:numId="16" w16cid:durableId="158010741">
    <w:abstractNumId w:val="12"/>
  </w:num>
  <w:num w:numId="17" w16cid:durableId="958805265">
    <w:abstractNumId w:val="38"/>
  </w:num>
  <w:num w:numId="18" w16cid:durableId="1262493933">
    <w:abstractNumId w:val="29"/>
  </w:num>
  <w:num w:numId="19" w16cid:durableId="1491868742">
    <w:abstractNumId w:val="35"/>
  </w:num>
  <w:num w:numId="20" w16cid:durableId="209616782">
    <w:abstractNumId w:val="43"/>
  </w:num>
  <w:num w:numId="21" w16cid:durableId="1133673226">
    <w:abstractNumId w:val="32"/>
  </w:num>
  <w:num w:numId="22" w16cid:durableId="1698307125">
    <w:abstractNumId w:val="45"/>
  </w:num>
  <w:num w:numId="23" w16cid:durableId="1410540978">
    <w:abstractNumId w:val="19"/>
  </w:num>
  <w:num w:numId="24" w16cid:durableId="1769425645">
    <w:abstractNumId w:val="41"/>
  </w:num>
  <w:num w:numId="25" w16cid:durableId="1404061463">
    <w:abstractNumId w:val="23"/>
  </w:num>
  <w:num w:numId="26" w16cid:durableId="1905412483">
    <w:abstractNumId w:val="11"/>
  </w:num>
  <w:num w:numId="27" w16cid:durableId="382294526">
    <w:abstractNumId w:val="46"/>
  </w:num>
  <w:num w:numId="28" w16cid:durableId="1322386676">
    <w:abstractNumId w:val="26"/>
  </w:num>
  <w:num w:numId="29" w16cid:durableId="2109039408">
    <w:abstractNumId w:val="31"/>
  </w:num>
  <w:num w:numId="30" w16cid:durableId="7871245">
    <w:abstractNumId w:val="50"/>
  </w:num>
  <w:num w:numId="31" w16cid:durableId="743529007">
    <w:abstractNumId w:val="48"/>
  </w:num>
  <w:num w:numId="32" w16cid:durableId="1753702406">
    <w:abstractNumId w:val="49"/>
  </w:num>
  <w:num w:numId="33" w16cid:durableId="767116919">
    <w:abstractNumId w:val="21"/>
  </w:num>
  <w:num w:numId="34" w16cid:durableId="451050606">
    <w:abstractNumId w:val="10"/>
  </w:num>
  <w:num w:numId="35" w16cid:durableId="1999115161">
    <w:abstractNumId w:val="39"/>
  </w:num>
  <w:num w:numId="36" w16cid:durableId="893547652">
    <w:abstractNumId w:val="16"/>
  </w:num>
  <w:num w:numId="37" w16cid:durableId="1363703502">
    <w:abstractNumId w:val="33"/>
  </w:num>
  <w:num w:numId="38" w16cid:durableId="359622194">
    <w:abstractNumId w:val="18"/>
  </w:num>
  <w:num w:numId="39" w16cid:durableId="429592378">
    <w:abstractNumId w:val="42"/>
  </w:num>
  <w:num w:numId="40" w16cid:durableId="645889914">
    <w:abstractNumId w:val="37"/>
  </w:num>
  <w:num w:numId="41" w16cid:durableId="1398744273">
    <w:abstractNumId w:val="17"/>
  </w:num>
  <w:num w:numId="42" w16cid:durableId="1193419910">
    <w:abstractNumId w:val="47"/>
  </w:num>
  <w:num w:numId="43" w16cid:durableId="2015181841">
    <w:abstractNumId w:val="28"/>
  </w:num>
  <w:num w:numId="44" w16cid:durableId="133985176">
    <w:abstractNumId w:val="13"/>
  </w:num>
  <w:num w:numId="45" w16cid:durableId="645823609">
    <w:abstractNumId w:val="36"/>
  </w:num>
  <w:num w:numId="46" w16cid:durableId="1517188334">
    <w:abstractNumId w:val="15"/>
  </w:num>
  <w:num w:numId="47" w16cid:durableId="1900747019">
    <w:abstractNumId w:val="44"/>
  </w:num>
  <w:num w:numId="48" w16cid:durableId="1214004502">
    <w:abstractNumId w:val="27"/>
  </w:num>
  <w:num w:numId="49" w16cid:durableId="564218114">
    <w:abstractNumId w:val="20"/>
  </w:num>
  <w:num w:numId="50" w16cid:durableId="232472950">
    <w:abstractNumId w:val="22"/>
  </w:num>
  <w:num w:numId="51" w16cid:durableId="160053012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1018"/>
    <w:rsid w:val="00016D1E"/>
    <w:rsid w:val="00021399"/>
    <w:rsid w:val="000267B1"/>
    <w:rsid w:val="00034616"/>
    <w:rsid w:val="00036F47"/>
    <w:rsid w:val="00040DF9"/>
    <w:rsid w:val="00045299"/>
    <w:rsid w:val="0006063C"/>
    <w:rsid w:val="0009586A"/>
    <w:rsid w:val="000A14BA"/>
    <w:rsid w:val="000D3539"/>
    <w:rsid w:val="000E057C"/>
    <w:rsid w:val="000F218C"/>
    <w:rsid w:val="000F3875"/>
    <w:rsid w:val="001014AD"/>
    <w:rsid w:val="0015074B"/>
    <w:rsid w:val="00192959"/>
    <w:rsid w:val="001B038E"/>
    <w:rsid w:val="001E2452"/>
    <w:rsid w:val="001E5DB8"/>
    <w:rsid w:val="002702FA"/>
    <w:rsid w:val="00271E8B"/>
    <w:rsid w:val="0029639D"/>
    <w:rsid w:val="002A1526"/>
    <w:rsid w:val="002A7F14"/>
    <w:rsid w:val="002B2C27"/>
    <w:rsid w:val="002E009A"/>
    <w:rsid w:val="00311CE1"/>
    <w:rsid w:val="00326F90"/>
    <w:rsid w:val="0033472A"/>
    <w:rsid w:val="003408B5"/>
    <w:rsid w:val="003539B7"/>
    <w:rsid w:val="003D2D3A"/>
    <w:rsid w:val="0040448F"/>
    <w:rsid w:val="00427712"/>
    <w:rsid w:val="00442D78"/>
    <w:rsid w:val="004468CB"/>
    <w:rsid w:val="0046228D"/>
    <w:rsid w:val="0048462B"/>
    <w:rsid w:val="00495D99"/>
    <w:rsid w:val="004A00C1"/>
    <w:rsid w:val="004A4FA6"/>
    <w:rsid w:val="004D7E93"/>
    <w:rsid w:val="004E45E6"/>
    <w:rsid w:val="004F7476"/>
    <w:rsid w:val="0050025F"/>
    <w:rsid w:val="00501CF3"/>
    <w:rsid w:val="0051280F"/>
    <w:rsid w:val="005205E2"/>
    <w:rsid w:val="00554900"/>
    <w:rsid w:val="00581427"/>
    <w:rsid w:val="005C4FA6"/>
    <w:rsid w:val="005E4AED"/>
    <w:rsid w:val="00604273"/>
    <w:rsid w:val="00611F30"/>
    <w:rsid w:val="00656212"/>
    <w:rsid w:val="006852FF"/>
    <w:rsid w:val="006A7437"/>
    <w:rsid w:val="006D0648"/>
    <w:rsid w:val="006F48FF"/>
    <w:rsid w:val="00725562"/>
    <w:rsid w:val="00756AC1"/>
    <w:rsid w:val="007707C0"/>
    <w:rsid w:val="008347C1"/>
    <w:rsid w:val="00871B52"/>
    <w:rsid w:val="00871B56"/>
    <w:rsid w:val="00887086"/>
    <w:rsid w:val="008A0EC4"/>
    <w:rsid w:val="008B3CE2"/>
    <w:rsid w:val="008C62F2"/>
    <w:rsid w:val="008D1939"/>
    <w:rsid w:val="009008F2"/>
    <w:rsid w:val="009063A9"/>
    <w:rsid w:val="0093483D"/>
    <w:rsid w:val="00947B89"/>
    <w:rsid w:val="0098053F"/>
    <w:rsid w:val="009C3735"/>
    <w:rsid w:val="00A06BBD"/>
    <w:rsid w:val="00AA1D8D"/>
    <w:rsid w:val="00AB3A1E"/>
    <w:rsid w:val="00AB56DA"/>
    <w:rsid w:val="00AD2C98"/>
    <w:rsid w:val="00B16072"/>
    <w:rsid w:val="00B27AA9"/>
    <w:rsid w:val="00B47730"/>
    <w:rsid w:val="00B47A2E"/>
    <w:rsid w:val="00B63EAA"/>
    <w:rsid w:val="00B70843"/>
    <w:rsid w:val="00BA3DFE"/>
    <w:rsid w:val="00BA4D2E"/>
    <w:rsid w:val="00BB152F"/>
    <w:rsid w:val="00BB2226"/>
    <w:rsid w:val="00BF450A"/>
    <w:rsid w:val="00C253F7"/>
    <w:rsid w:val="00C42B50"/>
    <w:rsid w:val="00C4427B"/>
    <w:rsid w:val="00C5261B"/>
    <w:rsid w:val="00CB0664"/>
    <w:rsid w:val="00CC1164"/>
    <w:rsid w:val="00CE18B2"/>
    <w:rsid w:val="00CE44A3"/>
    <w:rsid w:val="00CF16B7"/>
    <w:rsid w:val="00CF5234"/>
    <w:rsid w:val="00D17725"/>
    <w:rsid w:val="00D26754"/>
    <w:rsid w:val="00D34E88"/>
    <w:rsid w:val="00D442FD"/>
    <w:rsid w:val="00D6196D"/>
    <w:rsid w:val="00DA315D"/>
    <w:rsid w:val="00DB507C"/>
    <w:rsid w:val="00DD3812"/>
    <w:rsid w:val="00DD781F"/>
    <w:rsid w:val="00DE7C22"/>
    <w:rsid w:val="00E12302"/>
    <w:rsid w:val="00E179CE"/>
    <w:rsid w:val="00E41994"/>
    <w:rsid w:val="00E44169"/>
    <w:rsid w:val="00E67320"/>
    <w:rsid w:val="00EA0F38"/>
    <w:rsid w:val="00EA472C"/>
    <w:rsid w:val="00EE14FB"/>
    <w:rsid w:val="00EF0B9C"/>
    <w:rsid w:val="00F01211"/>
    <w:rsid w:val="00F04045"/>
    <w:rsid w:val="00F06C4B"/>
    <w:rsid w:val="00F2548F"/>
    <w:rsid w:val="00F327A0"/>
    <w:rsid w:val="00FA450C"/>
    <w:rsid w:val="00FC1E64"/>
    <w:rsid w:val="00FC693F"/>
    <w:rsid w:val="00FD1243"/>
    <w:rsid w:val="00FD6084"/>
    <w:rsid w:val="00FE0E9D"/>
    <w:rsid w:val="00FF6A08"/>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1E1354"/>
  <w14:defaultImageDpi w14:val="300"/>
  <w15:docId w15:val="{2F2926E5-2095-4FB7-8685-538126A4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rsid w:val="003539B7"/>
    <w:rPr>
      <w:color w:val="0000FF"/>
      <w:u w:val="single"/>
    </w:rPr>
  </w:style>
  <w:style w:type="character" w:styleId="UnresolvedMention">
    <w:name w:val="Unresolved Mention"/>
    <w:basedOn w:val="DefaultParagraphFont"/>
    <w:uiPriority w:val="99"/>
    <w:semiHidden/>
    <w:unhideWhenUsed/>
    <w:rsid w:val="00E17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lmdais.com/aifilmfestival.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mny.in/7Ixh0ZG19ow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waicfindi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ypal.me/JaipurInternational" TargetMode="External"/><Relationship Id="rId5" Type="http://schemas.openxmlformats.org/officeDocument/2006/relationships/webSettings" Target="webSettings.xml"/><Relationship Id="rId15" Type="http://schemas.openxmlformats.org/officeDocument/2006/relationships/hyperlink" Target="mailto:waicfindia@gmail.com" TargetMode="External"/><Relationship Id="rId10" Type="http://schemas.openxmlformats.org/officeDocument/2006/relationships/hyperlink" Target="mailto:jiffjaipur@rediff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lmdais.com/waicf.php" TargetMode="External"/><Relationship Id="rId14" Type="http://schemas.openxmlformats.org/officeDocument/2006/relationships/hyperlink" Target="https://filmdais.com/waicf.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19</Pages>
  <Words>2658</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Jiff jaipur</cp:lastModifiedBy>
  <cp:revision>121</cp:revision>
  <dcterms:created xsi:type="dcterms:W3CDTF">2013-12-23T23:15:00Z</dcterms:created>
  <dcterms:modified xsi:type="dcterms:W3CDTF">2026-07-11T14:59:00Z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ee0e64ea-3e12-4091-bfa9-44ba0cc5daf0</vt:lpwstr>
  </property>
</Properties>
</file>